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A778" w14:textId="7402F7E7" w:rsidR="00C54CDF" w:rsidRPr="00A63BD0" w:rsidRDefault="00432A0B" w:rsidP="00FE072B">
      <w:pPr>
        <w:spacing w:after="240"/>
        <w:jc w:val="right"/>
        <w:rPr>
          <w:rFonts w:ascii="Arial" w:hAnsi="Arial" w:cs="Arial"/>
          <w:bCs/>
          <w:lang w:val="hr-HR"/>
        </w:rPr>
      </w:pPr>
      <w:r w:rsidRPr="00A63BD0">
        <w:rPr>
          <w:rFonts w:ascii="Arial" w:hAnsi="Arial" w:cs="Arial"/>
          <w:bCs/>
          <w:lang w:val="hr-HR"/>
        </w:rPr>
        <w:t xml:space="preserve">– </w:t>
      </w:r>
      <w:r w:rsidR="007C1434">
        <w:rPr>
          <w:rFonts w:ascii="Arial" w:hAnsi="Arial" w:cs="Arial"/>
          <w:bCs/>
          <w:lang w:val="hr-HR"/>
        </w:rPr>
        <w:t>NACRT</w:t>
      </w:r>
      <w:r w:rsidRPr="00A63BD0">
        <w:rPr>
          <w:rFonts w:ascii="Arial" w:hAnsi="Arial" w:cs="Arial"/>
          <w:bCs/>
          <w:lang w:val="hr-HR"/>
        </w:rPr>
        <w:t xml:space="preserve"> –</w:t>
      </w:r>
    </w:p>
    <w:p w14:paraId="684554F9" w14:textId="512A2C6A" w:rsidR="00C54CDF" w:rsidRPr="00A63BD0" w:rsidRDefault="00432A0B" w:rsidP="00FE072B">
      <w:pPr>
        <w:keepLines/>
        <w:ind w:firstLine="720"/>
        <w:rPr>
          <w:rFonts w:ascii="Arial" w:hAnsi="Arial" w:cs="Arial"/>
          <w:bCs/>
          <w:lang w:val="hr-HR"/>
        </w:rPr>
      </w:pPr>
      <w:r w:rsidRPr="00A63BD0">
        <w:rPr>
          <w:rFonts w:ascii="Arial" w:hAnsi="Arial" w:cs="Arial"/>
          <w:bCs/>
          <w:lang w:val="hr-HR"/>
        </w:rPr>
        <w:t xml:space="preserve">Na temelju članka 15. stavka 2. Zakona o javnoj nabavi („Narodne novine“, broj 120/16, 114/22 i 48/26) i članka 21. Statuta Javne ustanove </w:t>
      </w:r>
      <w:r w:rsidR="009211C8" w:rsidRPr="00A63BD0">
        <w:rPr>
          <w:rFonts w:ascii="Arial" w:hAnsi="Arial" w:cs="Arial"/>
          <w:bCs/>
          <w:lang w:val="hr-HR"/>
        </w:rPr>
        <w:t xml:space="preserve">za upravljanje zaštićenim područjima i drugim zaštićenim dijelovima prirode Šibensko-kninske županije – Priroda, </w:t>
      </w:r>
      <w:r w:rsidRPr="00A63BD0">
        <w:rPr>
          <w:rFonts w:ascii="Arial" w:hAnsi="Arial" w:cs="Arial"/>
          <w:bCs/>
          <w:lang w:val="hr-HR"/>
        </w:rPr>
        <w:t>ravnatelj</w:t>
      </w:r>
      <w:r w:rsidR="009211C8" w:rsidRPr="00A63BD0">
        <w:rPr>
          <w:rFonts w:ascii="Arial" w:hAnsi="Arial" w:cs="Arial"/>
          <w:bCs/>
          <w:lang w:val="hr-HR"/>
        </w:rPr>
        <w:t>ica</w:t>
      </w:r>
      <w:r w:rsidRPr="00A63BD0">
        <w:rPr>
          <w:rFonts w:ascii="Arial" w:hAnsi="Arial" w:cs="Arial"/>
          <w:bCs/>
          <w:lang w:val="hr-HR"/>
        </w:rPr>
        <w:t xml:space="preserve"> </w:t>
      </w:r>
      <w:r w:rsidR="009211C8" w:rsidRPr="00A63BD0">
        <w:rPr>
          <w:rFonts w:ascii="Arial" w:hAnsi="Arial" w:cs="Arial"/>
          <w:bCs/>
          <w:lang w:val="hr-HR"/>
        </w:rPr>
        <w:t xml:space="preserve">Javne ustanove za upravljanje zaštićenim područjima i drugim zaštićenim dijelovima prirode Šibensko-kninske županije – Priroda </w:t>
      </w:r>
      <w:r w:rsidRPr="00A63BD0">
        <w:rPr>
          <w:rFonts w:ascii="Arial" w:hAnsi="Arial" w:cs="Arial"/>
          <w:bCs/>
          <w:lang w:val="hr-HR"/>
        </w:rPr>
        <w:t>dana _____</w:t>
      </w:r>
      <w:r w:rsidR="00A63BD0">
        <w:rPr>
          <w:rFonts w:ascii="Arial" w:hAnsi="Arial" w:cs="Arial"/>
          <w:bCs/>
          <w:lang w:val="hr-HR"/>
        </w:rPr>
        <w:t>__________________</w:t>
      </w:r>
      <w:r w:rsidR="009211C8" w:rsidRPr="00A63BD0">
        <w:rPr>
          <w:rFonts w:ascii="Arial" w:hAnsi="Arial" w:cs="Arial"/>
          <w:bCs/>
          <w:lang w:val="hr-HR"/>
        </w:rPr>
        <w:t xml:space="preserve"> </w:t>
      </w:r>
      <w:r w:rsidRPr="00A63BD0">
        <w:rPr>
          <w:rFonts w:ascii="Arial" w:hAnsi="Arial" w:cs="Arial"/>
          <w:bCs/>
          <w:lang w:val="hr-HR"/>
        </w:rPr>
        <w:t>2026. godine, donos</w:t>
      </w:r>
      <w:r w:rsidR="00D74913" w:rsidRPr="00A63BD0">
        <w:rPr>
          <w:rFonts w:ascii="Arial" w:hAnsi="Arial" w:cs="Arial"/>
          <w:bCs/>
          <w:lang w:val="hr-HR"/>
        </w:rPr>
        <w:t>i</w:t>
      </w:r>
    </w:p>
    <w:p w14:paraId="6AD14292" w14:textId="77777777" w:rsidR="00A63BD0" w:rsidRDefault="00A63BD0">
      <w:pPr>
        <w:spacing w:before="240" w:after="40"/>
        <w:jc w:val="center"/>
        <w:rPr>
          <w:rFonts w:ascii="Arial" w:hAnsi="Arial" w:cs="Arial"/>
          <w:b/>
          <w:lang w:val="hr-HR"/>
        </w:rPr>
      </w:pPr>
    </w:p>
    <w:p w14:paraId="46D9BF02" w14:textId="59F6C430" w:rsidR="00C54CDF" w:rsidRPr="00A63BD0" w:rsidRDefault="00432A0B">
      <w:pPr>
        <w:spacing w:before="240" w:after="40"/>
        <w:jc w:val="center"/>
        <w:rPr>
          <w:rFonts w:ascii="Arial" w:hAnsi="Arial" w:cs="Arial"/>
          <w:lang w:val="hr-HR"/>
        </w:rPr>
      </w:pPr>
      <w:r w:rsidRPr="00A63BD0">
        <w:rPr>
          <w:rFonts w:ascii="Arial" w:hAnsi="Arial" w:cs="Arial"/>
          <w:b/>
          <w:lang w:val="hr-HR"/>
        </w:rPr>
        <w:t>PRAVILNIK</w:t>
      </w:r>
    </w:p>
    <w:p w14:paraId="338B9890" w14:textId="6509472E" w:rsidR="009211C8" w:rsidRDefault="002B5062" w:rsidP="00D14A8F">
      <w:pPr>
        <w:spacing w:after="280"/>
        <w:jc w:val="center"/>
        <w:rPr>
          <w:rFonts w:ascii="Arial" w:hAnsi="Arial" w:cs="Arial"/>
          <w:b/>
          <w:lang w:val="hr-HR"/>
        </w:rPr>
      </w:pPr>
      <w:r w:rsidRPr="00A63BD0">
        <w:rPr>
          <w:rFonts w:ascii="Arial" w:hAnsi="Arial" w:cs="Arial"/>
          <w:b/>
          <w:lang w:val="hr-HR"/>
        </w:rPr>
        <w:t xml:space="preserve">O </w:t>
      </w:r>
      <w:r w:rsidR="00726FCA" w:rsidRPr="00A63BD0">
        <w:rPr>
          <w:rFonts w:ascii="Arial" w:hAnsi="Arial" w:cs="Arial"/>
          <w:b/>
          <w:lang w:val="hr-HR"/>
        </w:rPr>
        <w:t>PROVEDBI POSTUPAKA JEDNOSTAVNE NABAVE</w:t>
      </w:r>
    </w:p>
    <w:p w14:paraId="08AE1B72" w14:textId="77777777" w:rsidR="00D14A8F" w:rsidRPr="00D14A8F" w:rsidRDefault="00D14A8F" w:rsidP="00D14A8F">
      <w:pPr>
        <w:spacing w:after="280"/>
        <w:jc w:val="center"/>
        <w:rPr>
          <w:rFonts w:ascii="Arial" w:hAnsi="Arial" w:cs="Arial"/>
          <w:b/>
          <w:lang w:val="hr-HR"/>
        </w:rPr>
      </w:pPr>
    </w:p>
    <w:p w14:paraId="51D6DA13" w14:textId="4B316AFD" w:rsidR="00D14A8F" w:rsidRPr="00D14A8F" w:rsidRDefault="00432A0B" w:rsidP="00D14A8F">
      <w:pPr>
        <w:pStyle w:val="Naslov1"/>
        <w:rPr>
          <w:rFonts w:ascii="Arial" w:hAnsi="Arial" w:cs="Arial"/>
          <w:sz w:val="22"/>
          <w:szCs w:val="22"/>
          <w:lang w:val="hr-HR"/>
        </w:rPr>
      </w:pPr>
      <w:r w:rsidRPr="00A63BD0">
        <w:rPr>
          <w:rFonts w:ascii="Arial" w:hAnsi="Arial" w:cs="Arial"/>
          <w:sz w:val="22"/>
          <w:szCs w:val="22"/>
          <w:lang w:val="hr-HR"/>
        </w:rPr>
        <w:t>OPĆE ODREDBE</w:t>
      </w:r>
    </w:p>
    <w:p w14:paraId="1F27DCBD" w14:textId="77777777" w:rsidR="00C54CDF" w:rsidRPr="00A63BD0" w:rsidRDefault="00432A0B">
      <w:pPr>
        <w:pStyle w:val="Article"/>
        <w:rPr>
          <w:rFonts w:ascii="Arial" w:hAnsi="Arial" w:cs="Arial"/>
          <w:lang w:val="hr-HR"/>
        </w:rPr>
      </w:pPr>
      <w:r w:rsidRPr="00A63BD0">
        <w:rPr>
          <w:rFonts w:ascii="Arial" w:hAnsi="Arial" w:cs="Arial"/>
          <w:lang w:val="hr-HR"/>
        </w:rPr>
        <w:t>Članak 1.</w:t>
      </w:r>
    </w:p>
    <w:p w14:paraId="1A46A8FC" w14:textId="56CF3D64" w:rsidR="00726FCA" w:rsidRPr="00A63BD0" w:rsidRDefault="00726FCA">
      <w:pPr>
        <w:ind w:firstLine="567"/>
        <w:rPr>
          <w:rFonts w:ascii="Arial" w:hAnsi="Arial" w:cs="Arial"/>
          <w:lang w:val="hr-HR"/>
        </w:rPr>
      </w:pPr>
      <w:r w:rsidRPr="00A63BD0">
        <w:rPr>
          <w:rFonts w:ascii="Arial" w:hAnsi="Arial" w:cs="Arial"/>
          <w:lang w:val="hr-HR"/>
        </w:rPr>
        <w:t xml:space="preserve">Ovim Pravilnikom o provedbi postupaka jednostavne nabave (u daljnjem tekstu: Pravilnik) uređuje se provedba postupaka nabave robe i usluga procijenjene vrijednosti manje od 50.000,00 eura i radova procijenjene vrijednosti manje od 100.000,00 eura (u daljnjem tekstu: jednostavna nabava) za koje sukladno odredbama Zakona o javnoj nabavi </w:t>
      </w:r>
      <w:r w:rsidR="009211C8" w:rsidRPr="00A63BD0">
        <w:rPr>
          <w:rFonts w:ascii="Arial" w:hAnsi="Arial" w:cs="Arial"/>
          <w:lang w:val="hr-HR"/>
        </w:rPr>
        <w:t xml:space="preserve">(dalje u tekstu: ZJN) </w:t>
      </w:r>
      <w:r w:rsidRPr="00A63BD0">
        <w:rPr>
          <w:rFonts w:ascii="Arial" w:hAnsi="Arial" w:cs="Arial"/>
          <w:lang w:val="hr-HR"/>
        </w:rPr>
        <w:t>ne postoji obveza provedbe postupaka javne nabave, a čiji je Naručitelj Javna ustanova za upravljanje zaštićenim područjima i drugim zaštićenim dijelovima prirode Šibensko-kninske županije – Priroda (u daljnjem tekstu</w:t>
      </w:r>
      <w:r w:rsidR="009211C8" w:rsidRPr="00A63BD0">
        <w:rPr>
          <w:rFonts w:ascii="Arial" w:hAnsi="Arial" w:cs="Arial"/>
          <w:lang w:val="hr-HR"/>
        </w:rPr>
        <w:t>:</w:t>
      </w:r>
      <w:r w:rsidRPr="00A63BD0">
        <w:rPr>
          <w:rFonts w:ascii="Arial" w:hAnsi="Arial" w:cs="Arial"/>
          <w:lang w:val="hr-HR"/>
        </w:rPr>
        <w:t xml:space="preserve"> Naručitelj).</w:t>
      </w:r>
    </w:p>
    <w:p w14:paraId="69FCC342" w14:textId="7C7E8CCC" w:rsidR="00726FCA" w:rsidRPr="00A63BD0" w:rsidRDefault="00432A0B" w:rsidP="00726FCA">
      <w:pPr>
        <w:ind w:firstLine="567"/>
        <w:rPr>
          <w:rFonts w:ascii="Arial" w:hAnsi="Arial" w:cs="Arial"/>
          <w:lang w:val="hr-HR"/>
        </w:rPr>
      </w:pPr>
      <w:r w:rsidRPr="00A63BD0">
        <w:rPr>
          <w:rFonts w:ascii="Arial" w:hAnsi="Arial" w:cs="Arial"/>
          <w:lang w:val="hr-HR"/>
        </w:rPr>
        <w:t>Pojmovi i izrazi koji se koriste u ovom Pravilniku, a koji imaju rodno značenje, odnose se jednako na muški i ženski rod.</w:t>
      </w:r>
    </w:p>
    <w:p w14:paraId="2FDC1256" w14:textId="28B84B0E" w:rsidR="00726FCA" w:rsidRDefault="00726FCA" w:rsidP="00726FCA">
      <w:pPr>
        <w:ind w:firstLine="567"/>
        <w:rPr>
          <w:rFonts w:ascii="Arial" w:hAnsi="Arial" w:cs="Arial"/>
          <w:lang w:val="hr-HR"/>
        </w:rPr>
      </w:pPr>
      <w:r w:rsidRPr="00A63BD0">
        <w:rPr>
          <w:rFonts w:ascii="Arial" w:hAnsi="Arial" w:cs="Arial"/>
          <w:lang w:val="hr-HR"/>
        </w:rPr>
        <w:t>Sve vrijednosti u ovom Pravilniku iskazane su u eurima bez poreza na dodanu vrijednost (PDV-a).</w:t>
      </w:r>
    </w:p>
    <w:p w14:paraId="45B63561" w14:textId="77777777" w:rsidR="00D14A8F" w:rsidRPr="00A63BD0" w:rsidRDefault="00D14A8F" w:rsidP="00726FCA">
      <w:pPr>
        <w:ind w:firstLine="567"/>
        <w:rPr>
          <w:rFonts w:ascii="Arial" w:hAnsi="Arial" w:cs="Arial"/>
          <w:lang w:val="hr-HR"/>
        </w:rPr>
      </w:pPr>
    </w:p>
    <w:p w14:paraId="1575CCD8" w14:textId="4A8F1928" w:rsidR="00726FCA" w:rsidRPr="00A63BD0" w:rsidRDefault="00726FCA" w:rsidP="00726FCA">
      <w:pPr>
        <w:pStyle w:val="Naslov1"/>
        <w:rPr>
          <w:rFonts w:ascii="Arial" w:hAnsi="Arial" w:cs="Arial"/>
          <w:sz w:val="22"/>
          <w:szCs w:val="22"/>
          <w:lang w:val="hr-HR"/>
        </w:rPr>
      </w:pPr>
      <w:r w:rsidRPr="00A63BD0">
        <w:rPr>
          <w:rFonts w:ascii="Arial" w:hAnsi="Arial" w:cs="Arial"/>
          <w:sz w:val="22"/>
          <w:szCs w:val="22"/>
          <w:lang w:val="hr-HR"/>
        </w:rPr>
        <w:t>NAČELA</w:t>
      </w:r>
      <w:r w:rsidR="000D6A89">
        <w:rPr>
          <w:rFonts w:ascii="Arial" w:hAnsi="Arial" w:cs="Arial"/>
          <w:sz w:val="22"/>
          <w:szCs w:val="22"/>
          <w:lang w:val="hr-HR"/>
        </w:rPr>
        <w:t xml:space="preserve"> I </w:t>
      </w:r>
      <w:r w:rsidRPr="00A63BD0">
        <w:rPr>
          <w:rFonts w:ascii="Arial" w:hAnsi="Arial" w:cs="Arial"/>
          <w:sz w:val="22"/>
          <w:szCs w:val="22"/>
          <w:lang w:val="hr-HR"/>
        </w:rPr>
        <w:t>ANALIZA TRŽIŠTA</w:t>
      </w:r>
      <w:r w:rsidR="002B5062" w:rsidRPr="00A63BD0">
        <w:rPr>
          <w:rFonts w:ascii="Arial" w:hAnsi="Arial" w:cs="Arial"/>
          <w:sz w:val="22"/>
          <w:szCs w:val="22"/>
          <w:lang w:val="hr-HR"/>
        </w:rPr>
        <w:t xml:space="preserve"> </w:t>
      </w:r>
    </w:p>
    <w:p w14:paraId="2D1656A2" w14:textId="77E33833" w:rsidR="00726FCA" w:rsidRPr="00A63BD0" w:rsidRDefault="00D14A8F" w:rsidP="00D14A8F">
      <w:pPr>
        <w:ind w:firstLine="567"/>
        <w:rPr>
          <w:rFonts w:ascii="Arial" w:hAnsi="Arial" w:cs="Arial"/>
          <w:b/>
          <w:bCs/>
          <w:lang w:val="hr-HR"/>
        </w:rPr>
      </w:pPr>
      <w:r>
        <w:rPr>
          <w:rFonts w:ascii="Arial" w:hAnsi="Arial" w:cs="Arial"/>
          <w:b/>
          <w:bCs/>
          <w:lang w:val="hr-HR"/>
        </w:rPr>
        <w:t xml:space="preserve">                                                        </w:t>
      </w:r>
      <w:r w:rsidR="00726FCA" w:rsidRPr="00A63BD0">
        <w:rPr>
          <w:rFonts w:ascii="Arial" w:hAnsi="Arial" w:cs="Arial"/>
          <w:b/>
          <w:bCs/>
          <w:lang w:val="hr-HR"/>
        </w:rPr>
        <w:t>Članak 2.</w:t>
      </w:r>
    </w:p>
    <w:p w14:paraId="6382EAF9" w14:textId="33913FB6" w:rsidR="00726FCA" w:rsidRPr="00A63BD0" w:rsidRDefault="00726FCA" w:rsidP="00726FCA">
      <w:pPr>
        <w:ind w:firstLine="567"/>
        <w:rPr>
          <w:rFonts w:ascii="Arial" w:hAnsi="Arial" w:cs="Arial"/>
          <w:lang w:val="hr-HR"/>
        </w:rPr>
      </w:pPr>
      <w:r w:rsidRPr="00A63BD0">
        <w:rPr>
          <w:rFonts w:ascii="Arial" w:hAnsi="Arial" w:cs="Arial"/>
          <w:lang w:val="hr-HR"/>
        </w:rPr>
        <w:t>Naručitelj postupke jednostavne nabave provodi poštujući načela javne nabave, a osobito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E99C76E" w14:textId="22B89412" w:rsidR="00C54CDF" w:rsidRPr="006848C6" w:rsidRDefault="00432A0B">
      <w:pPr>
        <w:ind w:firstLine="567"/>
        <w:rPr>
          <w:rFonts w:ascii="Arial" w:hAnsi="Arial" w:cs="Arial"/>
          <w:lang w:val="hr-HR"/>
        </w:rPr>
      </w:pPr>
      <w:r w:rsidRPr="00A63BD0">
        <w:rPr>
          <w:rFonts w:ascii="Arial" w:hAnsi="Arial" w:cs="Arial"/>
          <w:lang w:val="hr-HR"/>
        </w:rPr>
        <w:t xml:space="preserve">Jednostavna nabava ne smije biti </w:t>
      </w:r>
      <w:r w:rsidRPr="006848C6">
        <w:rPr>
          <w:rFonts w:ascii="Arial" w:hAnsi="Arial" w:cs="Arial"/>
          <w:lang w:val="hr-HR"/>
        </w:rPr>
        <w:t>osmišljena s namjerom izbjegavanja primjene ZJN, izbjegavanja primjene ovog Pravilnika ili s namjerom da se određenim gospodarskim subjektima neopravdano da prednost ili ih se stavi u nepovoljan položaj.</w:t>
      </w:r>
    </w:p>
    <w:p w14:paraId="59A8539D" w14:textId="77777777" w:rsidR="00726FCA" w:rsidRPr="006848C6" w:rsidRDefault="00432A0B" w:rsidP="00726FCA">
      <w:pPr>
        <w:ind w:firstLine="567"/>
        <w:rPr>
          <w:rFonts w:ascii="Arial" w:hAnsi="Arial" w:cs="Arial"/>
          <w:lang w:val="hr-HR"/>
        </w:rPr>
      </w:pPr>
      <w:r w:rsidRPr="006848C6">
        <w:rPr>
          <w:rFonts w:ascii="Arial" w:hAnsi="Arial" w:cs="Arial"/>
          <w:lang w:val="hr-HR"/>
        </w:rPr>
        <w:t xml:space="preserve">Naručitelj je obvezan primjenjivati odredbe ovog Pravilnika na način koji omogućava učinkovitu nabavu te ekonomično, zakonito, namjensko i svrhovito trošenje </w:t>
      </w:r>
      <w:r w:rsidRPr="006848C6">
        <w:rPr>
          <w:rFonts w:ascii="Arial" w:hAnsi="Arial" w:cs="Arial"/>
          <w:bCs/>
          <w:lang w:val="hr-HR"/>
        </w:rPr>
        <w:t>javnih sredstava.</w:t>
      </w:r>
      <w:r w:rsidR="00726FCA" w:rsidRPr="006848C6">
        <w:rPr>
          <w:rFonts w:ascii="Arial" w:hAnsi="Arial" w:cs="Arial"/>
          <w:lang w:val="hr-HR"/>
        </w:rPr>
        <w:t xml:space="preserve"> </w:t>
      </w:r>
    </w:p>
    <w:p w14:paraId="639DC1D1" w14:textId="53B2B461" w:rsidR="00726FCA" w:rsidRPr="006848C6" w:rsidRDefault="00726FCA" w:rsidP="00726FCA">
      <w:pPr>
        <w:ind w:firstLine="567"/>
        <w:rPr>
          <w:rFonts w:ascii="Arial" w:hAnsi="Arial" w:cs="Arial"/>
          <w:lang w:val="hr-HR"/>
        </w:rPr>
      </w:pPr>
      <w:r w:rsidRPr="006848C6">
        <w:rPr>
          <w:rFonts w:ascii="Arial" w:hAnsi="Arial" w:cs="Arial"/>
          <w:lang w:val="hr-HR"/>
        </w:rPr>
        <w:t>U provedbi jednostavne nabave radova, roba i usluga pored ovog Pravilnika Naručitelj će  primjenjivati i druge važeće zakone, podzakonske akte te druge akte, a koji se odnose na pojedini predmet nabave.</w:t>
      </w:r>
    </w:p>
    <w:p w14:paraId="3C84757E" w14:textId="3621532E" w:rsidR="00C54CDF" w:rsidRPr="006848C6" w:rsidRDefault="00C54CDF">
      <w:pPr>
        <w:ind w:firstLine="567"/>
        <w:rPr>
          <w:rFonts w:ascii="Arial" w:hAnsi="Arial" w:cs="Arial"/>
          <w:lang w:val="hr-HR"/>
        </w:rPr>
      </w:pPr>
    </w:p>
    <w:p w14:paraId="409C34E5" w14:textId="3CE9D9F6" w:rsidR="00C54CDF" w:rsidRPr="006848C6" w:rsidRDefault="00432A0B">
      <w:pPr>
        <w:pStyle w:val="Article"/>
        <w:rPr>
          <w:rFonts w:ascii="Arial" w:hAnsi="Arial" w:cs="Arial"/>
          <w:lang w:val="hr-HR"/>
        </w:rPr>
      </w:pPr>
      <w:r w:rsidRPr="006848C6">
        <w:rPr>
          <w:rFonts w:ascii="Arial" w:hAnsi="Arial" w:cs="Arial"/>
          <w:lang w:val="hr-HR"/>
        </w:rPr>
        <w:lastRenderedPageBreak/>
        <w:t xml:space="preserve">Članak </w:t>
      </w:r>
      <w:r w:rsidR="00A63BD0" w:rsidRPr="006848C6">
        <w:rPr>
          <w:rFonts w:ascii="Arial" w:hAnsi="Arial" w:cs="Arial"/>
          <w:lang w:val="hr-HR"/>
        </w:rPr>
        <w:t>3</w:t>
      </w:r>
      <w:r w:rsidRPr="006848C6">
        <w:rPr>
          <w:rFonts w:ascii="Arial" w:hAnsi="Arial" w:cs="Arial"/>
          <w:lang w:val="hr-HR"/>
        </w:rPr>
        <w:t>.</w:t>
      </w:r>
    </w:p>
    <w:p w14:paraId="43A61207" w14:textId="77777777" w:rsidR="00C54CDF" w:rsidRPr="006848C6" w:rsidRDefault="00432A0B">
      <w:pPr>
        <w:ind w:firstLine="567"/>
        <w:rPr>
          <w:rFonts w:ascii="Arial" w:hAnsi="Arial" w:cs="Arial"/>
          <w:lang w:val="hr-HR"/>
        </w:rPr>
      </w:pPr>
      <w:r w:rsidRPr="006848C6">
        <w:rPr>
          <w:rFonts w:ascii="Arial" w:hAnsi="Arial" w:cs="Arial"/>
          <w:lang w:val="hr-HR"/>
        </w:rPr>
        <w:t>U svrhu pripreme postupaka jednostavnih nabava Naručitelj provodi analizu tržišta koja obuhvaća prikupljanje informacija o predmetu nabave, gospodarskim subjektima koji sudjeluju na tržištu te drugim okolnostima koji utječu na uvjete nabave.</w:t>
      </w:r>
    </w:p>
    <w:p w14:paraId="550E7267" w14:textId="09BED1CC" w:rsidR="00C54CDF" w:rsidRPr="006848C6" w:rsidRDefault="00432A0B">
      <w:pPr>
        <w:ind w:firstLine="567"/>
        <w:rPr>
          <w:rFonts w:ascii="Arial" w:hAnsi="Arial" w:cs="Arial"/>
          <w:lang w:val="hr-HR"/>
        </w:rPr>
      </w:pPr>
      <w:r w:rsidRPr="006848C6">
        <w:rPr>
          <w:rFonts w:ascii="Arial" w:hAnsi="Arial" w:cs="Arial"/>
          <w:lang w:val="hr-HR"/>
        </w:rPr>
        <w:t xml:space="preserve">Analiza tržišta provodi se u opsegu koji je razmjeran vrijednosti i složenosti predmeta nabave, u skladu s raspoloživim </w:t>
      </w:r>
      <w:r w:rsidRPr="006848C6">
        <w:rPr>
          <w:rFonts w:ascii="Arial" w:hAnsi="Arial" w:cs="Arial"/>
          <w:bCs/>
          <w:lang w:val="hr-HR"/>
        </w:rPr>
        <w:t>sredstvima</w:t>
      </w:r>
      <w:r w:rsidRPr="006848C6">
        <w:rPr>
          <w:rFonts w:ascii="Arial" w:hAnsi="Arial" w:cs="Arial"/>
          <w:lang w:val="hr-HR"/>
        </w:rPr>
        <w:t xml:space="preserve"> i potrebama Naručitelja.</w:t>
      </w:r>
    </w:p>
    <w:p w14:paraId="299BC3DA" w14:textId="77777777" w:rsidR="000D6A89" w:rsidRPr="006848C6" w:rsidRDefault="000D6A89" w:rsidP="000D6A89">
      <w:pPr>
        <w:rPr>
          <w:rFonts w:ascii="Arial" w:hAnsi="Arial" w:cs="Arial"/>
          <w:b/>
          <w:bCs/>
          <w:lang w:val="hr-HR"/>
        </w:rPr>
      </w:pPr>
    </w:p>
    <w:p w14:paraId="349021D9" w14:textId="5E48FBF0" w:rsidR="000D6A89" w:rsidRPr="006848C6" w:rsidRDefault="000D6A89" w:rsidP="000D6A89">
      <w:pPr>
        <w:rPr>
          <w:rFonts w:ascii="Arial" w:hAnsi="Arial" w:cs="Arial"/>
          <w:b/>
          <w:bCs/>
          <w:lang w:val="hr-HR"/>
        </w:rPr>
      </w:pPr>
      <w:r w:rsidRPr="006848C6">
        <w:rPr>
          <w:rFonts w:ascii="Arial" w:hAnsi="Arial" w:cs="Arial"/>
          <w:b/>
          <w:bCs/>
          <w:lang w:val="hr-HR"/>
        </w:rPr>
        <w:t>SUKOB INTERESA</w:t>
      </w:r>
    </w:p>
    <w:p w14:paraId="5338DD71" w14:textId="6817EE8F" w:rsidR="002B5062" w:rsidRPr="006848C6" w:rsidRDefault="002B5062" w:rsidP="00A63BD0">
      <w:pPr>
        <w:jc w:val="center"/>
        <w:rPr>
          <w:rFonts w:ascii="Arial" w:hAnsi="Arial" w:cs="Arial"/>
          <w:b/>
          <w:lang w:val="hr-HR"/>
        </w:rPr>
      </w:pPr>
      <w:r w:rsidRPr="006848C6">
        <w:rPr>
          <w:rFonts w:ascii="Arial" w:hAnsi="Arial" w:cs="Arial"/>
          <w:b/>
          <w:lang w:val="hr-HR"/>
        </w:rPr>
        <w:t xml:space="preserve">Članak </w:t>
      </w:r>
      <w:r w:rsidR="00A63BD0" w:rsidRPr="006848C6">
        <w:rPr>
          <w:rFonts w:ascii="Arial" w:hAnsi="Arial" w:cs="Arial"/>
          <w:b/>
          <w:lang w:val="hr-HR"/>
        </w:rPr>
        <w:t>4</w:t>
      </w:r>
      <w:r w:rsidRPr="006848C6">
        <w:rPr>
          <w:rFonts w:ascii="Arial" w:hAnsi="Arial" w:cs="Arial"/>
          <w:b/>
          <w:lang w:val="hr-HR"/>
        </w:rPr>
        <w:t>.</w:t>
      </w:r>
    </w:p>
    <w:p w14:paraId="326E2629" w14:textId="5022C5E8" w:rsidR="009211C8" w:rsidRPr="006848C6" w:rsidRDefault="002B5062" w:rsidP="00861AB8">
      <w:pPr>
        <w:ind w:firstLine="567"/>
        <w:rPr>
          <w:rFonts w:ascii="Arial" w:hAnsi="Arial" w:cs="Arial"/>
          <w:lang w:val="hr-HR"/>
        </w:rPr>
      </w:pPr>
      <w:r w:rsidRPr="006848C6">
        <w:rPr>
          <w:rFonts w:ascii="Arial" w:hAnsi="Arial" w:cs="Arial"/>
          <w:lang w:val="hr-HR"/>
        </w:rPr>
        <w:t xml:space="preserve">Naručitelj je u postupcima jednostavne nabave obvezan poduzimati </w:t>
      </w:r>
      <w:r w:rsidR="009211C8" w:rsidRPr="006848C6">
        <w:rPr>
          <w:rFonts w:ascii="Arial" w:hAnsi="Arial" w:cs="Arial"/>
          <w:lang w:val="hr-HR"/>
        </w:rPr>
        <w:t xml:space="preserve">prikladne </w:t>
      </w:r>
      <w:r w:rsidRPr="006848C6">
        <w:rPr>
          <w:rFonts w:ascii="Arial" w:hAnsi="Arial" w:cs="Arial"/>
          <w:lang w:val="hr-HR"/>
        </w:rPr>
        <w:t xml:space="preserve">mjere </w:t>
      </w:r>
      <w:r w:rsidR="009211C8" w:rsidRPr="006848C6">
        <w:rPr>
          <w:rFonts w:ascii="Arial" w:hAnsi="Arial" w:cs="Arial"/>
          <w:lang w:val="hr-HR"/>
        </w:rPr>
        <w:t>da učinkovito spriječi, prepozna i ukloni sukobe interesa u vezi s postupkom j</w:t>
      </w:r>
      <w:r w:rsidR="00A63BD0" w:rsidRPr="006848C6">
        <w:rPr>
          <w:rFonts w:ascii="Arial" w:hAnsi="Arial" w:cs="Arial"/>
          <w:lang w:val="hr-HR"/>
        </w:rPr>
        <w:t>ednostavne</w:t>
      </w:r>
      <w:r w:rsidR="009211C8" w:rsidRPr="006848C6">
        <w:rPr>
          <w:rFonts w:ascii="Arial" w:hAnsi="Arial" w:cs="Arial"/>
          <w:lang w:val="hr-HR"/>
        </w:rPr>
        <w:t xml:space="preserve"> nabave kako bi se izbjeglo narušavanje tržišnog natjecanja i osiguralo jednako postupanje prema svim gospodarskim subjektima</w:t>
      </w:r>
      <w:r w:rsidR="00861AB8" w:rsidRPr="006848C6">
        <w:rPr>
          <w:rFonts w:ascii="Arial" w:hAnsi="Arial" w:cs="Arial"/>
          <w:lang w:val="hr-HR"/>
        </w:rPr>
        <w:t xml:space="preserve">, sve </w:t>
      </w:r>
      <w:r w:rsidRPr="006848C6">
        <w:rPr>
          <w:rFonts w:ascii="Arial" w:hAnsi="Arial" w:cs="Arial"/>
          <w:lang w:val="hr-HR"/>
        </w:rPr>
        <w:t>sukladno odredbama članaka 75. do 83. Z</w:t>
      </w:r>
      <w:r w:rsidR="00861AB8" w:rsidRPr="006848C6">
        <w:rPr>
          <w:rFonts w:ascii="Arial" w:hAnsi="Arial" w:cs="Arial"/>
          <w:lang w:val="hr-HR"/>
        </w:rPr>
        <w:t>JN</w:t>
      </w:r>
      <w:r w:rsidRPr="006848C6">
        <w:rPr>
          <w:rFonts w:ascii="Arial" w:hAnsi="Arial" w:cs="Arial"/>
          <w:lang w:val="hr-HR"/>
        </w:rPr>
        <w:t xml:space="preserve">.  </w:t>
      </w:r>
    </w:p>
    <w:p w14:paraId="12F3C236" w14:textId="77777777" w:rsidR="0096753B" w:rsidRPr="006848C6" w:rsidRDefault="009211C8" w:rsidP="00861AB8">
      <w:pPr>
        <w:ind w:firstLine="567"/>
        <w:rPr>
          <w:rFonts w:ascii="Arial" w:hAnsi="Arial" w:cs="Arial"/>
        </w:rPr>
      </w:pPr>
      <w:r w:rsidRPr="006848C6">
        <w:rPr>
          <w:rFonts w:ascii="Arial" w:hAnsi="Arial" w:cs="Arial"/>
          <w:lang w:val="hr-HR"/>
        </w:rPr>
        <w:t>Gospodarskim subjektom s kojim Naručitelj može biti u sukobu interesa smatra se ponuditelj, natjecatelj, član zajednice, podugovaratelj i drugi subjekt na kojeg se ponuditelj ili natjecatelj oslanja.</w:t>
      </w:r>
      <w:r w:rsidR="0096753B" w:rsidRPr="006848C6">
        <w:rPr>
          <w:rFonts w:ascii="Arial" w:hAnsi="Arial" w:cs="Arial"/>
        </w:rPr>
        <w:t xml:space="preserve"> </w:t>
      </w:r>
    </w:p>
    <w:p w14:paraId="1CB6C2E5" w14:textId="63A1F662" w:rsidR="0096753B" w:rsidRPr="006848C6" w:rsidRDefault="0096753B" w:rsidP="00861AB8">
      <w:pPr>
        <w:ind w:firstLine="567"/>
        <w:rPr>
          <w:rFonts w:ascii="Arial" w:hAnsi="Arial" w:cs="Arial"/>
          <w:lang w:val="hr-HR"/>
        </w:rPr>
      </w:pPr>
      <w:r w:rsidRPr="006848C6">
        <w:rPr>
          <w:rFonts w:ascii="Arial" w:hAnsi="Arial" w:cs="Arial"/>
          <w:lang w:val="hr-HR"/>
        </w:rPr>
        <w:t xml:space="preserve">Za nabave čija je procijenjena vrijednost veća od 15.000,00 eura, </w:t>
      </w:r>
      <w:r w:rsidR="00A63BD0" w:rsidRPr="006848C6">
        <w:rPr>
          <w:rFonts w:ascii="Arial" w:hAnsi="Arial" w:cs="Arial"/>
          <w:lang w:val="hr-HR"/>
        </w:rPr>
        <w:t xml:space="preserve">ovlašteni </w:t>
      </w:r>
      <w:r w:rsidRPr="006848C6">
        <w:rPr>
          <w:rFonts w:ascii="Arial" w:hAnsi="Arial" w:cs="Arial"/>
          <w:lang w:val="hr-HR"/>
        </w:rPr>
        <w:t xml:space="preserve">predstavnici Naručitelja su obvezni prije početka rada u postupku jednostavne nabave potpisati izjavu o sukobu interesa te ju ažurirati bez odgađanja ako nastupe promjene. </w:t>
      </w:r>
    </w:p>
    <w:p w14:paraId="2DCD294F" w14:textId="77777777" w:rsidR="0096753B" w:rsidRPr="006848C6" w:rsidRDefault="0096753B" w:rsidP="00861AB8">
      <w:pPr>
        <w:ind w:firstLine="567"/>
        <w:rPr>
          <w:rFonts w:ascii="Arial" w:hAnsi="Arial" w:cs="Arial"/>
          <w:lang w:val="hr-HR"/>
        </w:rPr>
      </w:pPr>
      <w:r w:rsidRPr="006848C6">
        <w:rPr>
          <w:rFonts w:ascii="Arial" w:hAnsi="Arial" w:cs="Arial"/>
          <w:lang w:val="hr-HR"/>
        </w:rPr>
        <w:t xml:space="preserve">Naručitelj je obvezan na temelju izjava o sukobu interesa svojih predstavnika u pozivu na dostavu ponuda za pojedini postupak jednostavne nabave navesti popis gospodarskih subjekata s kojima je predstavnik Naručitelja u sukobu interesa ili navesti da takvi subjekti ne postoje. </w:t>
      </w:r>
    </w:p>
    <w:p w14:paraId="215463A7" w14:textId="77777777" w:rsidR="0096753B" w:rsidRPr="006848C6" w:rsidRDefault="0096753B" w:rsidP="00861AB8">
      <w:pPr>
        <w:ind w:firstLine="567"/>
        <w:rPr>
          <w:rFonts w:ascii="Arial" w:hAnsi="Arial" w:cs="Arial"/>
          <w:lang w:val="hr-HR"/>
        </w:rPr>
      </w:pPr>
      <w:r w:rsidRPr="006848C6">
        <w:rPr>
          <w:rFonts w:ascii="Arial" w:hAnsi="Arial" w:cs="Arial"/>
          <w:lang w:val="hr-HR"/>
        </w:rPr>
        <w:t xml:space="preserve">Predstavnik Naručitelja koji nije ujedno i čelnik Naručitelja obvezan je odmah po saznanju, a najkasnije dan nakon saznanja o postojanju sukoba interesa, izuzeti se iz provedbe postupka nabave te o tome obavijestiti čelnika Naručitelja. Čelnik Naručitelja osigurava da predstavnik Naručitelja prestane sa svim aktivnostima u postupku nabave, bez odgađanja imenuje drugu osobu predstavnikom Naručitelja koji preuzima njegove aktivnosti te osigurava da prethodno sudjelovanje izuzetog predstavnika ne ugrožava daljnji tijek istog postupka. </w:t>
      </w:r>
    </w:p>
    <w:p w14:paraId="6591D07B" w14:textId="68C112D5" w:rsidR="00861AB8" w:rsidRPr="006848C6" w:rsidRDefault="0096753B" w:rsidP="00861AB8">
      <w:pPr>
        <w:ind w:firstLine="567"/>
        <w:rPr>
          <w:rFonts w:ascii="Arial" w:hAnsi="Arial" w:cs="Arial"/>
          <w:lang w:val="hr-HR"/>
        </w:rPr>
      </w:pPr>
      <w:r w:rsidRPr="006848C6">
        <w:rPr>
          <w:rFonts w:ascii="Arial" w:hAnsi="Arial" w:cs="Arial"/>
          <w:lang w:val="hr-HR"/>
        </w:rPr>
        <w:t>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352565B5" w14:textId="77777777" w:rsidR="00861AB8" w:rsidRPr="006848C6" w:rsidRDefault="00861AB8" w:rsidP="00861AB8">
      <w:pPr>
        <w:ind w:firstLine="567"/>
        <w:rPr>
          <w:rFonts w:ascii="Arial" w:hAnsi="Arial" w:cs="Arial"/>
          <w:lang w:val="hr-HR"/>
        </w:rPr>
      </w:pPr>
    </w:p>
    <w:p w14:paraId="15062FC8" w14:textId="16DA4976" w:rsidR="002B5062" w:rsidRPr="006848C6" w:rsidRDefault="002B5062" w:rsidP="00861AB8">
      <w:pPr>
        <w:rPr>
          <w:rFonts w:ascii="Arial" w:hAnsi="Arial" w:cs="Arial"/>
          <w:lang w:val="hr-HR"/>
        </w:rPr>
      </w:pPr>
      <w:r w:rsidRPr="006848C6">
        <w:rPr>
          <w:rFonts w:ascii="Arial" w:hAnsi="Arial" w:cs="Arial"/>
          <w:b/>
          <w:bCs/>
          <w:lang w:val="hr-HR"/>
        </w:rPr>
        <w:t xml:space="preserve">IZUZEĆA </w:t>
      </w:r>
    </w:p>
    <w:p w14:paraId="3037DBE2" w14:textId="67728BE3" w:rsidR="002B5062" w:rsidRPr="006848C6" w:rsidRDefault="002B5062" w:rsidP="002B5062">
      <w:pPr>
        <w:jc w:val="center"/>
        <w:rPr>
          <w:rFonts w:ascii="Arial" w:hAnsi="Arial" w:cs="Arial"/>
          <w:b/>
          <w:bCs/>
          <w:lang w:val="hr-HR"/>
        </w:rPr>
      </w:pPr>
      <w:r w:rsidRPr="006848C6">
        <w:rPr>
          <w:rFonts w:ascii="Arial" w:hAnsi="Arial" w:cs="Arial"/>
          <w:b/>
          <w:bCs/>
          <w:lang w:val="hr-HR"/>
        </w:rPr>
        <w:t xml:space="preserve">Članak </w:t>
      </w:r>
      <w:r w:rsidR="000D6A89" w:rsidRPr="006848C6">
        <w:rPr>
          <w:rFonts w:ascii="Arial" w:hAnsi="Arial" w:cs="Arial"/>
          <w:b/>
          <w:bCs/>
          <w:lang w:val="hr-HR"/>
        </w:rPr>
        <w:t>5</w:t>
      </w:r>
      <w:r w:rsidRPr="006848C6">
        <w:rPr>
          <w:rFonts w:ascii="Arial" w:hAnsi="Arial" w:cs="Arial"/>
          <w:b/>
          <w:bCs/>
          <w:lang w:val="hr-HR"/>
        </w:rPr>
        <w:t>.</w:t>
      </w:r>
    </w:p>
    <w:p w14:paraId="14A343D3" w14:textId="00D1D348" w:rsidR="002B5062" w:rsidRPr="00A63BD0" w:rsidRDefault="002B5062" w:rsidP="00861AB8">
      <w:pPr>
        <w:ind w:firstLine="567"/>
        <w:rPr>
          <w:rFonts w:ascii="Arial" w:hAnsi="Arial" w:cs="Arial"/>
          <w:lang w:val="hr-HR"/>
        </w:rPr>
      </w:pPr>
      <w:r w:rsidRPr="006848C6">
        <w:rPr>
          <w:rFonts w:ascii="Arial" w:hAnsi="Arial" w:cs="Arial"/>
          <w:lang w:val="hr-HR"/>
        </w:rPr>
        <w:t>Ovaj Pravilnik ne primjenjuje se na</w:t>
      </w:r>
      <w:r w:rsidR="00861AB8" w:rsidRPr="006848C6">
        <w:rPr>
          <w:rFonts w:ascii="Arial" w:hAnsi="Arial" w:cs="Arial"/>
          <w:lang w:val="hr-HR"/>
        </w:rPr>
        <w:t xml:space="preserve"> stjecanje, najam ili zakup zemljišta, postojećih građevina ili druge nepokretne imovine ili prava koja se njih tiču, usluge arbitraže i mirenja, </w:t>
      </w:r>
      <w:r w:rsidRPr="006848C6">
        <w:rPr>
          <w:rFonts w:ascii="Arial" w:hAnsi="Arial" w:cs="Arial"/>
          <w:lang w:val="hr-HR"/>
        </w:rPr>
        <w:t>ugovore o radu</w:t>
      </w:r>
      <w:r w:rsidR="00861AB8" w:rsidRPr="006848C6">
        <w:rPr>
          <w:rFonts w:ascii="Arial" w:hAnsi="Arial" w:cs="Arial"/>
          <w:lang w:val="hr-HR"/>
        </w:rPr>
        <w:t xml:space="preserve">, </w:t>
      </w:r>
      <w:r w:rsidRPr="006848C6">
        <w:rPr>
          <w:rFonts w:ascii="Arial" w:hAnsi="Arial" w:cs="Arial"/>
          <w:lang w:val="hr-HR"/>
        </w:rPr>
        <w:t xml:space="preserve"> </w:t>
      </w:r>
      <w:r w:rsidR="00861AB8" w:rsidRPr="006848C6">
        <w:rPr>
          <w:rFonts w:ascii="Arial" w:hAnsi="Arial" w:cs="Arial"/>
          <w:lang w:val="hr-HR"/>
        </w:rPr>
        <w:t xml:space="preserve">zajmove i kredite, bez obzira na to jesu li povezani s izdavanjem, prodajom, kupnjom ili prijenosom vrijednosnih papira ili drugih financijskih instrumenata, usluge ovjeravanja i potvrđivanja dokumenata koje pružaju javni bilježnici te </w:t>
      </w:r>
      <w:r w:rsidR="00A63BD0" w:rsidRPr="006848C6">
        <w:rPr>
          <w:rFonts w:ascii="Arial" w:hAnsi="Arial" w:cs="Arial"/>
          <w:lang w:val="hr-HR"/>
        </w:rPr>
        <w:t xml:space="preserve">na </w:t>
      </w:r>
      <w:r w:rsidRPr="006848C6">
        <w:rPr>
          <w:rFonts w:ascii="Arial" w:hAnsi="Arial" w:cs="Arial"/>
          <w:lang w:val="hr-HR"/>
        </w:rPr>
        <w:t xml:space="preserve">ostala izuzeća </w:t>
      </w:r>
      <w:r w:rsidR="00861AB8" w:rsidRPr="006848C6">
        <w:rPr>
          <w:rFonts w:ascii="Arial" w:hAnsi="Arial" w:cs="Arial"/>
          <w:lang w:val="hr-HR"/>
        </w:rPr>
        <w:t>navedena u članku 30.</w:t>
      </w:r>
      <w:r w:rsidRPr="006848C6">
        <w:rPr>
          <w:rFonts w:ascii="Arial" w:hAnsi="Arial" w:cs="Arial"/>
          <w:lang w:val="hr-HR"/>
        </w:rPr>
        <w:t xml:space="preserve"> ZJN.</w:t>
      </w:r>
      <w:r w:rsidRPr="00A63BD0">
        <w:rPr>
          <w:rFonts w:ascii="Arial" w:hAnsi="Arial" w:cs="Arial"/>
          <w:lang w:val="hr-HR"/>
        </w:rPr>
        <w:t xml:space="preserve"> </w:t>
      </w:r>
    </w:p>
    <w:p w14:paraId="2BAE4EDE" w14:textId="3E48F5AD" w:rsidR="00C54CDF" w:rsidRDefault="00432A0B">
      <w:pPr>
        <w:pStyle w:val="Naslov1"/>
        <w:rPr>
          <w:rFonts w:ascii="Arial" w:hAnsi="Arial" w:cs="Arial"/>
          <w:sz w:val="22"/>
          <w:szCs w:val="22"/>
          <w:lang w:val="hr-HR"/>
        </w:rPr>
      </w:pPr>
      <w:r w:rsidRPr="00A63BD0">
        <w:rPr>
          <w:rFonts w:ascii="Arial" w:hAnsi="Arial" w:cs="Arial"/>
          <w:sz w:val="22"/>
          <w:szCs w:val="22"/>
          <w:lang w:val="hr-HR"/>
        </w:rPr>
        <w:lastRenderedPageBreak/>
        <w:t>POSTUPCI JEDNOSTAVNE NABAVE</w:t>
      </w:r>
    </w:p>
    <w:p w14:paraId="29AE7B7A" w14:textId="77777777" w:rsidR="00D14A8F" w:rsidRPr="00D14A8F" w:rsidRDefault="00D14A8F" w:rsidP="00D14A8F">
      <w:pPr>
        <w:rPr>
          <w:lang w:val="hr-HR"/>
        </w:rPr>
      </w:pPr>
    </w:p>
    <w:p w14:paraId="591472FD" w14:textId="72785EC7" w:rsidR="00C54CDF" w:rsidRPr="00A63BD0" w:rsidRDefault="00432A0B">
      <w:pPr>
        <w:pStyle w:val="Article"/>
        <w:rPr>
          <w:rFonts w:ascii="Arial" w:hAnsi="Arial" w:cs="Arial"/>
          <w:lang w:val="hr-HR"/>
        </w:rPr>
      </w:pPr>
      <w:r w:rsidRPr="00A63BD0">
        <w:rPr>
          <w:rFonts w:ascii="Arial" w:hAnsi="Arial" w:cs="Arial"/>
          <w:lang w:val="hr-HR"/>
        </w:rPr>
        <w:t xml:space="preserve">Članak </w:t>
      </w:r>
      <w:r w:rsidR="000D6A89">
        <w:rPr>
          <w:rFonts w:ascii="Arial" w:hAnsi="Arial" w:cs="Arial"/>
          <w:lang w:val="hr-HR"/>
        </w:rPr>
        <w:t>6</w:t>
      </w:r>
      <w:r w:rsidRPr="00A63BD0">
        <w:rPr>
          <w:rFonts w:ascii="Arial" w:hAnsi="Arial" w:cs="Arial"/>
          <w:lang w:val="hr-HR"/>
        </w:rPr>
        <w:t>.</w:t>
      </w:r>
    </w:p>
    <w:p w14:paraId="008C33AC" w14:textId="77777777" w:rsidR="00C54CDF" w:rsidRPr="00A63BD0" w:rsidRDefault="00432A0B">
      <w:pPr>
        <w:ind w:firstLine="567"/>
        <w:rPr>
          <w:rFonts w:ascii="Arial" w:hAnsi="Arial" w:cs="Arial"/>
          <w:lang w:val="hr-HR"/>
        </w:rPr>
      </w:pPr>
      <w:r w:rsidRPr="00A63BD0">
        <w:rPr>
          <w:rFonts w:ascii="Arial" w:hAnsi="Arial" w:cs="Arial"/>
          <w:lang w:val="hr-HR"/>
        </w:rPr>
        <w:t>Postupci jednostavne nabave u smislu ovog Pravilnika jesu:</w:t>
      </w:r>
    </w:p>
    <w:p w14:paraId="1DA70635" w14:textId="1DA767AF" w:rsidR="00C54CDF" w:rsidRPr="00A63BD0" w:rsidRDefault="00432A0B" w:rsidP="00FE072B">
      <w:pPr>
        <w:spacing w:after="60"/>
        <w:ind w:left="1230" w:hanging="255"/>
        <w:rPr>
          <w:rFonts w:ascii="Arial" w:hAnsi="Arial" w:cs="Arial"/>
          <w:lang w:val="hr-HR"/>
        </w:rPr>
      </w:pPr>
      <w:r w:rsidRPr="00A63BD0">
        <w:rPr>
          <w:rFonts w:ascii="Arial" w:hAnsi="Arial" w:cs="Arial"/>
          <w:lang w:val="hr-HR"/>
        </w:rPr>
        <w:t>Izravno ugovaranje</w:t>
      </w:r>
    </w:p>
    <w:p w14:paraId="2BA5E5FD" w14:textId="7CBE3B23" w:rsidR="00C54CDF" w:rsidRPr="00A63BD0" w:rsidRDefault="00432A0B" w:rsidP="00FE072B">
      <w:pPr>
        <w:spacing w:after="60"/>
        <w:ind w:left="1230" w:hanging="255"/>
        <w:rPr>
          <w:rFonts w:ascii="Arial" w:hAnsi="Arial" w:cs="Arial"/>
          <w:lang w:val="hr-HR"/>
        </w:rPr>
      </w:pPr>
      <w:r w:rsidRPr="00A63BD0">
        <w:rPr>
          <w:rFonts w:ascii="Arial" w:hAnsi="Arial" w:cs="Arial"/>
          <w:lang w:val="hr-HR"/>
        </w:rPr>
        <w:t>Poziv odabranim gospodarskim subjektima</w:t>
      </w:r>
    </w:p>
    <w:p w14:paraId="1674EBDF" w14:textId="0E126092" w:rsidR="00C54CDF" w:rsidRDefault="00432A0B" w:rsidP="00FE072B">
      <w:pPr>
        <w:spacing w:after="60"/>
        <w:ind w:left="1230" w:hanging="255"/>
        <w:rPr>
          <w:rFonts w:ascii="Arial" w:hAnsi="Arial" w:cs="Arial"/>
          <w:lang w:val="hr-HR"/>
        </w:rPr>
      </w:pPr>
      <w:r w:rsidRPr="00A63BD0">
        <w:rPr>
          <w:rFonts w:ascii="Arial" w:hAnsi="Arial" w:cs="Arial"/>
          <w:lang w:val="hr-HR"/>
        </w:rPr>
        <w:t>Javna objava poziva</w:t>
      </w:r>
    </w:p>
    <w:p w14:paraId="55466583" w14:textId="77777777" w:rsidR="000D6A89" w:rsidRPr="00A63BD0" w:rsidRDefault="000D6A89" w:rsidP="00FE072B">
      <w:pPr>
        <w:spacing w:after="60"/>
        <w:ind w:left="1230" w:hanging="255"/>
        <w:rPr>
          <w:rFonts w:ascii="Arial" w:hAnsi="Arial" w:cs="Arial"/>
          <w:lang w:val="hr-HR"/>
        </w:rPr>
      </w:pPr>
    </w:p>
    <w:p w14:paraId="63DD07D5" w14:textId="1512940F" w:rsidR="00D14A8F" w:rsidRPr="00D14A8F" w:rsidRDefault="000D6A89" w:rsidP="00D14A8F">
      <w:pPr>
        <w:pStyle w:val="Naslov2"/>
        <w:rPr>
          <w:rFonts w:ascii="Arial" w:hAnsi="Arial" w:cs="Arial"/>
          <w:szCs w:val="22"/>
          <w:lang w:val="hr-HR"/>
        </w:rPr>
      </w:pPr>
      <w:r>
        <w:rPr>
          <w:rFonts w:ascii="Arial" w:hAnsi="Arial" w:cs="Arial"/>
          <w:szCs w:val="22"/>
          <w:lang w:val="hr-HR"/>
        </w:rPr>
        <w:t xml:space="preserve">I. </w:t>
      </w:r>
      <w:r w:rsidRPr="00A63BD0">
        <w:rPr>
          <w:rFonts w:ascii="Arial" w:hAnsi="Arial" w:cs="Arial"/>
          <w:szCs w:val="22"/>
          <w:lang w:val="hr-HR"/>
        </w:rPr>
        <w:t>IZRAVNO UGOVARANJE</w:t>
      </w:r>
    </w:p>
    <w:p w14:paraId="1918E353" w14:textId="3072238C" w:rsidR="00C54CDF" w:rsidRPr="00A63BD0" w:rsidRDefault="00432A0B" w:rsidP="00A63BD0">
      <w:pPr>
        <w:pStyle w:val="Article"/>
        <w:rPr>
          <w:rFonts w:ascii="Arial" w:hAnsi="Arial" w:cs="Arial"/>
          <w:lang w:val="hr-HR"/>
        </w:rPr>
      </w:pPr>
      <w:r w:rsidRPr="00A63BD0">
        <w:rPr>
          <w:rFonts w:ascii="Arial" w:hAnsi="Arial" w:cs="Arial"/>
          <w:lang w:val="hr-HR"/>
        </w:rPr>
        <w:t xml:space="preserve">Članak </w:t>
      </w:r>
      <w:r w:rsidR="000D6A89">
        <w:rPr>
          <w:rFonts w:ascii="Arial" w:hAnsi="Arial" w:cs="Arial"/>
          <w:lang w:val="hr-HR"/>
        </w:rPr>
        <w:t>7</w:t>
      </w:r>
      <w:r w:rsidRPr="00A63BD0">
        <w:rPr>
          <w:rFonts w:ascii="Arial" w:hAnsi="Arial" w:cs="Arial"/>
          <w:lang w:val="hr-HR"/>
        </w:rPr>
        <w:t>.</w:t>
      </w:r>
    </w:p>
    <w:p w14:paraId="6AD5AE38" w14:textId="625AE239" w:rsidR="00C54CDF" w:rsidRPr="00A63BD0" w:rsidRDefault="00432A0B">
      <w:pPr>
        <w:ind w:firstLine="567"/>
        <w:rPr>
          <w:rFonts w:ascii="Arial" w:hAnsi="Arial" w:cs="Arial"/>
          <w:lang w:val="hr-HR"/>
        </w:rPr>
      </w:pPr>
      <w:r w:rsidRPr="00A63BD0">
        <w:rPr>
          <w:rFonts w:ascii="Arial" w:hAnsi="Arial" w:cs="Arial"/>
          <w:lang w:val="hr-HR"/>
        </w:rPr>
        <w:t xml:space="preserve">Izravno ugovaranje </w:t>
      </w:r>
      <w:r w:rsidR="00A63BD0" w:rsidRPr="00A63BD0">
        <w:rPr>
          <w:rFonts w:ascii="Arial" w:hAnsi="Arial" w:cs="Arial"/>
          <w:lang w:val="hr-HR"/>
        </w:rPr>
        <w:t xml:space="preserve">je postupak jednostavne nabave koji se provodi </w:t>
      </w:r>
      <w:r w:rsidRPr="00A63BD0">
        <w:rPr>
          <w:rFonts w:ascii="Arial" w:hAnsi="Arial" w:cs="Arial"/>
          <w:lang w:val="hr-HR"/>
        </w:rPr>
        <w:t xml:space="preserve">za nabavu robe, usluga i radova čija je procijenjena vrijednost manja od </w:t>
      </w:r>
      <w:r w:rsidR="001516FA" w:rsidRPr="00A63BD0">
        <w:rPr>
          <w:rFonts w:ascii="Arial" w:hAnsi="Arial" w:cs="Arial"/>
          <w:lang w:val="hr-HR"/>
        </w:rPr>
        <w:t>7</w:t>
      </w:r>
      <w:r w:rsidRPr="00A63BD0">
        <w:rPr>
          <w:rFonts w:ascii="Arial" w:hAnsi="Arial" w:cs="Arial"/>
          <w:lang w:val="hr-HR"/>
        </w:rPr>
        <w:t>.000,00 eura</w:t>
      </w:r>
      <w:r w:rsidR="00A63BD0">
        <w:rPr>
          <w:rFonts w:ascii="Arial" w:hAnsi="Arial" w:cs="Arial"/>
          <w:lang w:val="hr-HR"/>
        </w:rPr>
        <w:t xml:space="preserve">, </w:t>
      </w:r>
      <w:r w:rsidR="00A63BD0" w:rsidRPr="00A63BD0">
        <w:rPr>
          <w:rFonts w:ascii="Arial" w:hAnsi="Arial" w:cs="Arial"/>
          <w:lang w:val="hr-HR"/>
        </w:rPr>
        <w:t>izdavanjem narudžbenice</w:t>
      </w:r>
      <w:r w:rsidR="000D6A89">
        <w:rPr>
          <w:rFonts w:ascii="Arial" w:hAnsi="Arial" w:cs="Arial"/>
          <w:lang w:val="hr-HR"/>
        </w:rPr>
        <w:t xml:space="preserve">, </w:t>
      </w:r>
      <w:r w:rsidR="00A63BD0" w:rsidRPr="00A63BD0">
        <w:rPr>
          <w:rFonts w:ascii="Arial" w:hAnsi="Arial" w:cs="Arial"/>
          <w:lang w:val="hr-HR"/>
        </w:rPr>
        <w:t>izravnom nabavom od jednog gospodarskog subjekta po vlastitom izboru ili sklapanjem ugovora s gospodarskim subjektom</w:t>
      </w:r>
      <w:r w:rsidR="00A63BD0">
        <w:rPr>
          <w:rFonts w:ascii="Arial" w:hAnsi="Arial" w:cs="Arial"/>
          <w:lang w:val="hr-HR"/>
        </w:rPr>
        <w:t>.</w:t>
      </w:r>
    </w:p>
    <w:p w14:paraId="12BFFCBC" w14:textId="262A9969" w:rsidR="00C54CDF" w:rsidRPr="00A63BD0" w:rsidRDefault="00432A0B">
      <w:pPr>
        <w:ind w:firstLine="567"/>
        <w:rPr>
          <w:rFonts w:ascii="Arial" w:hAnsi="Arial" w:cs="Arial"/>
          <w:lang w:val="hr-HR"/>
        </w:rPr>
      </w:pPr>
      <w:r w:rsidRPr="00A63BD0">
        <w:rPr>
          <w:rFonts w:ascii="Arial" w:hAnsi="Arial" w:cs="Arial"/>
          <w:lang w:val="hr-HR"/>
        </w:rPr>
        <w:t>U postupku izravnog ugovaranja u pravilu se koriste elektronička sredstva komunikacije (npr. elektronička pošta</w:t>
      </w:r>
      <w:r w:rsidR="00861AB8" w:rsidRPr="00A63BD0">
        <w:rPr>
          <w:rFonts w:ascii="Arial" w:hAnsi="Arial" w:cs="Arial"/>
          <w:lang w:val="hr-HR"/>
        </w:rPr>
        <w:t>).</w:t>
      </w:r>
    </w:p>
    <w:p w14:paraId="740AC225" w14:textId="0F57EEF7" w:rsidR="00726FCA" w:rsidRPr="00A63BD0" w:rsidRDefault="00726FCA">
      <w:pPr>
        <w:ind w:firstLine="567"/>
        <w:rPr>
          <w:rFonts w:ascii="Arial" w:hAnsi="Arial" w:cs="Arial"/>
          <w:lang w:val="hr-HR"/>
        </w:rPr>
      </w:pPr>
      <w:r w:rsidRPr="00A63BD0">
        <w:rPr>
          <w:rFonts w:ascii="Arial" w:hAnsi="Arial" w:cs="Arial"/>
          <w:lang w:val="hr-HR"/>
        </w:rPr>
        <w:t>Nadležn</w:t>
      </w:r>
      <w:r w:rsidR="0096753B" w:rsidRPr="00A63BD0">
        <w:rPr>
          <w:rFonts w:ascii="Arial" w:hAnsi="Arial" w:cs="Arial"/>
          <w:lang w:val="hr-HR"/>
        </w:rPr>
        <w:t>e</w:t>
      </w:r>
      <w:r w:rsidRPr="00A63BD0">
        <w:rPr>
          <w:rFonts w:ascii="Arial" w:hAnsi="Arial" w:cs="Arial"/>
          <w:lang w:val="hr-HR"/>
        </w:rPr>
        <w:t xml:space="preserve"> ustrojstven</w:t>
      </w:r>
      <w:r w:rsidR="0096753B" w:rsidRPr="00A63BD0">
        <w:rPr>
          <w:rFonts w:ascii="Arial" w:hAnsi="Arial" w:cs="Arial"/>
          <w:lang w:val="hr-HR"/>
        </w:rPr>
        <w:t>e</w:t>
      </w:r>
      <w:r w:rsidRPr="00A63BD0">
        <w:rPr>
          <w:rFonts w:ascii="Arial" w:hAnsi="Arial" w:cs="Arial"/>
          <w:lang w:val="hr-HR"/>
        </w:rPr>
        <w:t xml:space="preserve"> </w:t>
      </w:r>
      <w:r w:rsidR="0096753B" w:rsidRPr="00A63BD0">
        <w:rPr>
          <w:rFonts w:ascii="Arial" w:hAnsi="Arial" w:cs="Arial"/>
          <w:lang w:val="hr-HR"/>
        </w:rPr>
        <w:t xml:space="preserve">jedinice </w:t>
      </w:r>
      <w:r w:rsidRPr="00A63BD0">
        <w:rPr>
          <w:rFonts w:ascii="Arial" w:hAnsi="Arial" w:cs="Arial"/>
          <w:lang w:val="hr-HR"/>
        </w:rPr>
        <w:t>Naručitelja dužn</w:t>
      </w:r>
      <w:r w:rsidR="0096753B" w:rsidRPr="00A63BD0">
        <w:rPr>
          <w:rFonts w:ascii="Arial" w:hAnsi="Arial" w:cs="Arial"/>
          <w:lang w:val="hr-HR"/>
        </w:rPr>
        <w:t>e</w:t>
      </w:r>
      <w:r w:rsidRPr="00A63BD0">
        <w:rPr>
          <w:rFonts w:ascii="Arial" w:hAnsi="Arial" w:cs="Arial"/>
          <w:lang w:val="hr-HR"/>
        </w:rPr>
        <w:t xml:space="preserve"> su voditi evidenciju izdanih narudžbenica</w:t>
      </w:r>
      <w:r w:rsidR="000D6A89">
        <w:rPr>
          <w:rFonts w:ascii="Arial" w:hAnsi="Arial" w:cs="Arial"/>
          <w:lang w:val="hr-HR"/>
        </w:rPr>
        <w:t>, odnosno ugovora o nabavi</w:t>
      </w:r>
      <w:r w:rsidRPr="00A63BD0">
        <w:rPr>
          <w:rFonts w:ascii="Arial" w:hAnsi="Arial" w:cs="Arial"/>
          <w:lang w:val="hr-HR"/>
        </w:rPr>
        <w:t>.</w:t>
      </w:r>
    </w:p>
    <w:p w14:paraId="7E30311A" w14:textId="77777777" w:rsidR="00726FCA" w:rsidRPr="00A63BD0" w:rsidRDefault="00726FCA">
      <w:pPr>
        <w:ind w:firstLine="567"/>
        <w:rPr>
          <w:rFonts w:ascii="Arial" w:hAnsi="Arial" w:cs="Arial"/>
          <w:lang w:val="hr-HR"/>
        </w:rPr>
      </w:pPr>
    </w:p>
    <w:p w14:paraId="725D02B5" w14:textId="68A10A04" w:rsidR="00D14A8F" w:rsidRPr="00D14A8F" w:rsidRDefault="000D6A89" w:rsidP="00D14A8F">
      <w:pPr>
        <w:pStyle w:val="Naslov2"/>
        <w:rPr>
          <w:rFonts w:ascii="Arial" w:hAnsi="Arial" w:cs="Arial"/>
          <w:szCs w:val="22"/>
          <w:lang w:val="hr-HR"/>
        </w:rPr>
      </w:pPr>
      <w:r>
        <w:rPr>
          <w:rFonts w:ascii="Arial" w:hAnsi="Arial" w:cs="Arial"/>
          <w:szCs w:val="22"/>
          <w:lang w:val="hr-HR"/>
        </w:rPr>
        <w:t xml:space="preserve">II. </w:t>
      </w:r>
      <w:r w:rsidRPr="00A63BD0">
        <w:rPr>
          <w:rFonts w:ascii="Arial" w:hAnsi="Arial" w:cs="Arial"/>
          <w:szCs w:val="22"/>
          <w:lang w:val="hr-HR"/>
        </w:rPr>
        <w:t>POZIV ODABRANIM GOSPODARSKIM SUBJEKTIMA</w:t>
      </w:r>
    </w:p>
    <w:p w14:paraId="02FD8715" w14:textId="63086A1B" w:rsidR="00C54CDF" w:rsidRPr="00A63BD0" w:rsidRDefault="00432A0B">
      <w:pPr>
        <w:pStyle w:val="Article"/>
        <w:rPr>
          <w:rFonts w:ascii="Arial" w:hAnsi="Arial" w:cs="Arial"/>
          <w:lang w:val="hr-HR"/>
        </w:rPr>
      </w:pPr>
      <w:r w:rsidRPr="00A63BD0">
        <w:rPr>
          <w:rFonts w:ascii="Arial" w:hAnsi="Arial" w:cs="Arial"/>
          <w:lang w:val="hr-HR"/>
        </w:rPr>
        <w:t xml:space="preserve">Članak </w:t>
      </w:r>
      <w:r w:rsidR="000D6A89">
        <w:rPr>
          <w:rFonts w:ascii="Arial" w:hAnsi="Arial" w:cs="Arial"/>
          <w:lang w:val="hr-HR"/>
        </w:rPr>
        <w:t>8</w:t>
      </w:r>
      <w:r w:rsidRPr="00A63BD0">
        <w:rPr>
          <w:rFonts w:ascii="Arial" w:hAnsi="Arial" w:cs="Arial"/>
          <w:lang w:val="hr-HR"/>
        </w:rPr>
        <w:t>.</w:t>
      </w:r>
    </w:p>
    <w:p w14:paraId="5333D831" w14:textId="301B3A6C" w:rsidR="00C54CDF" w:rsidRPr="00A63BD0" w:rsidRDefault="00432A0B">
      <w:pPr>
        <w:ind w:firstLine="567"/>
        <w:rPr>
          <w:rFonts w:ascii="Arial" w:hAnsi="Arial" w:cs="Arial"/>
          <w:lang w:val="hr-HR"/>
        </w:rPr>
      </w:pPr>
      <w:r w:rsidRPr="00A63BD0">
        <w:rPr>
          <w:rFonts w:ascii="Arial" w:hAnsi="Arial" w:cs="Arial"/>
          <w:lang w:val="hr-HR"/>
        </w:rPr>
        <w:t xml:space="preserve">Poziv odabranim gospodarskim subjektima postupak je jednostavne nabave kojim se pozivaju najmanje tri gospodarska subjekta, prema odabiru Naručitelja, na dostavu ponuda sukladno uvjetima i zahtjevima iz </w:t>
      </w:r>
      <w:r w:rsidR="00861AB8" w:rsidRPr="00A63BD0">
        <w:rPr>
          <w:rFonts w:ascii="Arial" w:hAnsi="Arial" w:cs="Arial"/>
          <w:lang w:val="hr-HR"/>
        </w:rPr>
        <w:t xml:space="preserve">Poziva za dostavu ponude i </w:t>
      </w:r>
      <w:r w:rsidRPr="00A63BD0">
        <w:rPr>
          <w:rFonts w:ascii="Arial" w:hAnsi="Arial" w:cs="Arial"/>
          <w:lang w:val="hr-HR"/>
        </w:rPr>
        <w:t>dokumentacije o nabavi</w:t>
      </w:r>
      <w:r w:rsidR="00861AB8" w:rsidRPr="00A63BD0">
        <w:rPr>
          <w:rFonts w:ascii="Arial" w:hAnsi="Arial" w:cs="Arial"/>
          <w:lang w:val="hr-HR"/>
        </w:rPr>
        <w:t>.</w:t>
      </w:r>
    </w:p>
    <w:p w14:paraId="06F9A60D" w14:textId="0AD628C3" w:rsidR="00C54CDF" w:rsidRPr="00A63BD0" w:rsidRDefault="00432A0B">
      <w:pPr>
        <w:ind w:firstLine="567"/>
        <w:rPr>
          <w:rFonts w:ascii="Arial" w:hAnsi="Arial" w:cs="Arial"/>
          <w:lang w:val="hr-HR"/>
        </w:rPr>
      </w:pPr>
      <w:r w:rsidRPr="00A63BD0">
        <w:rPr>
          <w:rFonts w:ascii="Arial" w:hAnsi="Arial" w:cs="Arial"/>
          <w:lang w:val="hr-HR"/>
        </w:rPr>
        <w:t xml:space="preserve">Poziv odabranim gospodarskim subjektima provodi se za nabavu robe i usluga čija je procijenjena vrijednost veća od </w:t>
      </w:r>
      <w:r w:rsidR="001516FA" w:rsidRPr="00A63BD0">
        <w:rPr>
          <w:rFonts w:ascii="Arial" w:hAnsi="Arial" w:cs="Arial"/>
          <w:lang w:val="hr-HR"/>
        </w:rPr>
        <w:t>7</w:t>
      </w:r>
      <w:r w:rsidRPr="00A63BD0">
        <w:rPr>
          <w:rFonts w:ascii="Arial" w:hAnsi="Arial" w:cs="Arial"/>
          <w:lang w:val="hr-HR"/>
        </w:rPr>
        <w:t xml:space="preserve">.000,00 eura i jednaka ili manja od 25.000,00 eura, odnosno za nabavu radova čija je procijenjena vrijednost veća od </w:t>
      </w:r>
      <w:r w:rsidR="002B5062" w:rsidRPr="00A63BD0">
        <w:rPr>
          <w:rFonts w:ascii="Arial" w:hAnsi="Arial" w:cs="Arial"/>
          <w:lang w:val="hr-HR"/>
        </w:rPr>
        <w:t>7</w:t>
      </w:r>
      <w:r w:rsidRPr="00A63BD0">
        <w:rPr>
          <w:rFonts w:ascii="Arial" w:hAnsi="Arial" w:cs="Arial"/>
          <w:lang w:val="hr-HR"/>
        </w:rPr>
        <w:t>.000,00 eura i jednaka ili manja od 45.000,00 eura.</w:t>
      </w:r>
    </w:p>
    <w:p w14:paraId="3263E776" w14:textId="3BCEA8D5" w:rsidR="00C54CDF" w:rsidRPr="00A63BD0" w:rsidRDefault="00432A0B">
      <w:pPr>
        <w:ind w:firstLine="567"/>
        <w:rPr>
          <w:rFonts w:ascii="Arial" w:hAnsi="Arial" w:cs="Arial"/>
          <w:lang w:val="hr-HR"/>
        </w:rPr>
      </w:pPr>
      <w:r w:rsidRPr="00A63BD0">
        <w:rPr>
          <w:rFonts w:ascii="Arial" w:hAnsi="Arial" w:cs="Arial"/>
          <w:lang w:val="hr-HR"/>
        </w:rPr>
        <w:t>Poziv odabranim gospodarskim subjektima provodi se putem modula jednostavne nabave u Elektroničkom oglasniku javne nabave Republike Hrvatske (dalje u tekstu: EOJN)</w:t>
      </w:r>
      <w:r w:rsidR="001516FA" w:rsidRPr="00A63BD0">
        <w:rPr>
          <w:rFonts w:ascii="Arial" w:hAnsi="Arial" w:cs="Arial"/>
          <w:lang w:val="hr-HR"/>
        </w:rPr>
        <w:t>, i to u postupcima nabave procijenjene vrijednosti veće od 15.000,00 eura, a manje ili jednake 25.000,00 eura za robe i usluge, odnosno manje ili jednake 45.000,00 eura za radove.</w:t>
      </w:r>
    </w:p>
    <w:p w14:paraId="3DB3702F" w14:textId="2FFB14F5" w:rsidR="00C54CDF" w:rsidRPr="00A63BD0" w:rsidRDefault="001516FA">
      <w:pPr>
        <w:ind w:firstLine="567"/>
        <w:rPr>
          <w:rFonts w:ascii="Arial" w:hAnsi="Arial" w:cs="Arial"/>
          <w:lang w:val="hr-HR"/>
        </w:rPr>
      </w:pPr>
      <w:r w:rsidRPr="00A63BD0">
        <w:rPr>
          <w:rFonts w:ascii="Arial" w:hAnsi="Arial" w:cs="Arial"/>
          <w:lang w:val="hr-HR"/>
        </w:rPr>
        <w:t>P</w:t>
      </w:r>
      <w:r w:rsidR="00432A0B" w:rsidRPr="00A63BD0">
        <w:rPr>
          <w:rFonts w:ascii="Arial" w:hAnsi="Arial" w:cs="Arial"/>
          <w:lang w:val="hr-HR"/>
        </w:rPr>
        <w:t xml:space="preserve">ostupak jednostavne nabave robe, usluga i radova čija je procijenjena vrijednost </w:t>
      </w:r>
      <w:r w:rsidR="00861AB8" w:rsidRPr="00A63BD0">
        <w:rPr>
          <w:rFonts w:ascii="Arial" w:hAnsi="Arial" w:cs="Arial"/>
          <w:lang w:val="hr-HR"/>
        </w:rPr>
        <w:t xml:space="preserve">veća od 7.000,00 eura i </w:t>
      </w:r>
      <w:r w:rsidR="00432A0B" w:rsidRPr="00A63BD0">
        <w:rPr>
          <w:rFonts w:ascii="Arial" w:hAnsi="Arial" w:cs="Arial"/>
          <w:lang w:val="hr-HR"/>
        </w:rPr>
        <w:t xml:space="preserve">jednaka ili manja od 15.000,00 eura </w:t>
      </w:r>
      <w:r w:rsidRPr="00A63BD0">
        <w:rPr>
          <w:rFonts w:ascii="Arial" w:hAnsi="Arial" w:cs="Arial"/>
          <w:lang w:val="hr-HR"/>
        </w:rPr>
        <w:t xml:space="preserve">provodi se </w:t>
      </w:r>
      <w:r w:rsidR="00432A0B" w:rsidRPr="00A63BD0">
        <w:rPr>
          <w:rFonts w:ascii="Arial" w:hAnsi="Arial" w:cs="Arial"/>
          <w:lang w:val="hr-HR"/>
        </w:rPr>
        <w:t xml:space="preserve">slanjem poziva </w:t>
      </w:r>
      <w:r w:rsidR="00861AB8" w:rsidRPr="00A63BD0">
        <w:rPr>
          <w:rFonts w:ascii="Arial" w:hAnsi="Arial" w:cs="Arial"/>
          <w:lang w:val="hr-HR"/>
        </w:rPr>
        <w:t>z</w:t>
      </w:r>
      <w:r w:rsidR="00432A0B" w:rsidRPr="00A63BD0">
        <w:rPr>
          <w:rFonts w:ascii="Arial" w:hAnsi="Arial" w:cs="Arial"/>
          <w:lang w:val="hr-HR"/>
        </w:rPr>
        <w:t>a dostavu ponuda najmanje trima gospodarskim subjektima koristeći elektronička sredstva komunikacije (npr. elektronička pošta) ili drugi primjereni i dokaziv oblik komunikacije</w:t>
      </w:r>
      <w:r w:rsidRPr="00A63BD0">
        <w:rPr>
          <w:rFonts w:ascii="Arial" w:hAnsi="Arial" w:cs="Arial"/>
          <w:lang w:val="hr-HR"/>
        </w:rPr>
        <w:t xml:space="preserve">, a može se provesti </w:t>
      </w:r>
      <w:r w:rsidR="00861AB8" w:rsidRPr="00A63BD0">
        <w:rPr>
          <w:rFonts w:ascii="Arial" w:hAnsi="Arial" w:cs="Arial"/>
          <w:lang w:val="hr-HR"/>
        </w:rPr>
        <w:t xml:space="preserve">i </w:t>
      </w:r>
      <w:r w:rsidRPr="00A63BD0">
        <w:rPr>
          <w:rFonts w:ascii="Arial" w:hAnsi="Arial" w:cs="Arial"/>
          <w:lang w:val="hr-HR"/>
        </w:rPr>
        <w:t xml:space="preserve">sukladno stavku 3. ovog članka, odnosno putem modula jednostavne nabave EOJN.  </w:t>
      </w:r>
    </w:p>
    <w:p w14:paraId="27E39E81" w14:textId="393F5AE6" w:rsidR="00C54CDF" w:rsidRPr="00A63BD0" w:rsidRDefault="00432A0B">
      <w:pPr>
        <w:pStyle w:val="Article"/>
        <w:rPr>
          <w:rFonts w:ascii="Arial" w:hAnsi="Arial" w:cs="Arial"/>
          <w:lang w:val="hr-HR"/>
        </w:rPr>
      </w:pPr>
      <w:r w:rsidRPr="00A63BD0">
        <w:rPr>
          <w:rFonts w:ascii="Arial" w:hAnsi="Arial" w:cs="Arial"/>
          <w:lang w:val="hr-HR"/>
        </w:rPr>
        <w:t xml:space="preserve">Članak </w:t>
      </w:r>
      <w:r w:rsidR="000D6A89">
        <w:rPr>
          <w:rFonts w:ascii="Arial" w:hAnsi="Arial" w:cs="Arial"/>
          <w:lang w:val="hr-HR"/>
        </w:rPr>
        <w:t>9</w:t>
      </w:r>
      <w:r w:rsidRPr="00A63BD0">
        <w:rPr>
          <w:rFonts w:ascii="Arial" w:hAnsi="Arial" w:cs="Arial"/>
          <w:lang w:val="hr-HR"/>
        </w:rPr>
        <w:t>.</w:t>
      </w:r>
    </w:p>
    <w:p w14:paraId="316E8DA5" w14:textId="5D9F2117" w:rsidR="00CA2943" w:rsidRPr="00A63BD0" w:rsidRDefault="00CA2943" w:rsidP="00CA2943">
      <w:pPr>
        <w:spacing w:after="60"/>
        <w:ind w:firstLine="720"/>
        <w:rPr>
          <w:rFonts w:ascii="Arial" w:hAnsi="Arial" w:cs="Arial"/>
          <w:lang w:val="hr-HR"/>
        </w:rPr>
      </w:pPr>
      <w:r w:rsidRPr="00A63BD0">
        <w:rPr>
          <w:rFonts w:ascii="Arial" w:hAnsi="Arial" w:cs="Arial"/>
          <w:lang w:val="hr-HR"/>
        </w:rPr>
        <w:t xml:space="preserve">Iznimno od članka </w:t>
      </w:r>
      <w:r w:rsidR="000D6A89">
        <w:rPr>
          <w:rFonts w:ascii="Arial" w:hAnsi="Arial" w:cs="Arial"/>
          <w:lang w:val="hr-HR"/>
        </w:rPr>
        <w:t>8</w:t>
      </w:r>
      <w:r w:rsidRPr="00A63BD0">
        <w:rPr>
          <w:rFonts w:ascii="Arial" w:hAnsi="Arial" w:cs="Arial"/>
          <w:lang w:val="hr-HR"/>
        </w:rPr>
        <w:t>. ovog Pravilnika, Naručitelj provodi postupak jednostavne nabave slanjem poziva za dostavu ponude na adresu jednog gospodarskog subjekta:</w:t>
      </w:r>
    </w:p>
    <w:p w14:paraId="7C402C9A" w14:textId="5AEF8282" w:rsidR="00C54CDF" w:rsidRPr="00A63BD0" w:rsidRDefault="00432A0B">
      <w:pPr>
        <w:spacing w:after="60"/>
        <w:ind w:left="397" w:hanging="255"/>
        <w:rPr>
          <w:rFonts w:ascii="Arial" w:hAnsi="Arial" w:cs="Arial"/>
          <w:lang w:val="hr-HR"/>
        </w:rPr>
      </w:pPr>
      <w:r w:rsidRPr="00A63BD0">
        <w:rPr>
          <w:rFonts w:ascii="Arial" w:hAnsi="Arial" w:cs="Arial"/>
          <w:lang w:val="hr-HR"/>
        </w:rPr>
        <w:lastRenderedPageBreak/>
        <w:t>a) ako nije podnesena nijedna ponuda ili nijedna valjana ponuda u prethodno provedenom postupku jednostavne nabave, pod uvjetom da početni ugovorni uvjeti nisu bitno izmijenjeni</w:t>
      </w:r>
      <w:r w:rsidR="00B5604D" w:rsidRPr="00A63BD0">
        <w:rPr>
          <w:rFonts w:ascii="Arial" w:hAnsi="Arial" w:cs="Arial"/>
          <w:lang w:val="hr-HR"/>
        </w:rPr>
        <w:t>,</w:t>
      </w:r>
    </w:p>
    <w:p w14:paraId="766CDA67" w14:textId="77777777" w:rsidR="00900FBB" w:rsidRPr="00A63BD0" w:rsidRDefault="00432A0B" w:rsidP="00900FBB">
      <w:pPr>
        <w:spacing w:after="60"/>
        <w:ind w:left="397" w:hanging="255"/>
        <w:rPr>
          <w:rFonts w:ascii="Arial" w:hAnsi="Arial" w:cs="Arial"/>
          <w:lang w:val="hr-HR"/>
        </w:rPr>
      </w:pPr>
      <w:r w:rsidRPr="00A63BD0">
        <w:rPr>
          <w:rFonts w:ascii="Arial" w:hAnsi="Arial" w:cs="Arial"/>
          <w:lang w:val="hr-HR"/>
        </w:rPr>
        <w:t>b) ako zbog objektivnih razloga predmet nabave može izvršiti, isporučiti ili pružiti samo određeni gospodarski subjekt, i to:</w:t>
      </w:r>
    </w:p>
    <w:p w14:paraId="7AE2C587" w14:textId="77777777" w:rsidR="00900FBB" w:rsidRPr="00A63BD0" w:rsidRDefault="00432A0B" w:rsidP="00900FBB">
      <w:pPr>
        <w:pStyle w:val="Odlomakpopisa"/>
        <w:numPr>
          <w:ilvl w:val="0"/>
          <w:numId w:val="10"/>
        </w:numPr>
        <w:spacing w:after="60"/>
        <w:rPr>
          <w:rFonts w:ascii="Arial" w:hAnsi="Arial" w:cs="Arial"/>
          <w:lang w:val="hr-HR"/>
        </w:rPr>
      </w:pPr>
      <w:r w:rsidRPr="00A63BD0">
        <w:rPr>
          <w:rFonts w:ascii="Arial" w:hAnsi="Arial" w:cs="Arial"/>
          <w:lang w:val="hr-HR"/>
        </w:rPr>
        <w:t>ako je predmet nabave stvaranje ili stjecanje jedinstvenog umjetničkog djela ili umjetničke izvedbe,</w:t>
      </w:r>
    </w:p>
    <w:p w14:paraId="755F1F7B" w14:textId="6AA52CB0" w:rsidR="00900FBB" w:rsidRPr="00A63BD0" w:rsidRDefault="00432A0B" w:rsidP="00900FBB">
      <w:pPr>
        <w:pStyle w:val="Odlomakpopisa"/>
        <w:numPr>
          <w:ilvl w:val="0"/>
          <w:numId w:val="10"/>
        </w:numPr>
        <w:spacing w:after="60"/>
        <w:rPr>
          <w:rFonts w:ascii="Arial" w:hAnsi="Arial" w:cs="Arial"/>
          <w:lang w:val="hr-HR"/>
        </w:rPr>
      </w:pPr>
      <w:r w:rsidRPr="00A63BD0">
        <w:rPr>
          <w:rFonts w:ascii="Arial" w:hAnsi="Arial" w:cs="Arial"/>
          <w:lang w:val="hr-HR"/>
        </w:rPr>
        <w:t>ako iz tehničkih razloga predmet nabave može isporučiti samo određeni gospodarski subjekt</w:t>
      </w:r>
      <w:r w:rsidR="006169BB" w:rsidRPr="00A63BD0">
        <w:rPr>
          <w:rFonts w:ascii="Arial" w:hAnsi="Arial" w:cs="Arial"/>
          <w:lang w:val="hr-HR"/>
        </w:rPr>
        <w:t>,</w:t>
      </w:r>
      <w:r w:rsidRPr="00A63BD0">
        <w:rPr>
          <w:rFonts w:ascii="Arial" w:hAnsi="Arial" w:cs="Arial"/>
          <w:lang w:val="hr-HR"/>
        </w:rPr>
        <w:t xml:space="preserve"> ili</w:t>
      </w:r>
    </w:p>
    <w:p w14:paraId="59FCC6DE" w14:textId="344926B8" w:rsidR="00C54CDF" w:rsidRPr="00A63BD0" w:rsidRDefault="00432A0B" w:rsidP="00900FBB">
      <w:pPr>
        <w:pStyle w:val="Odlomakpopisa"/>
        <w:numPr>
          <w:ilvl w:val="0"/>
          <w:numId w:val="10"/>
        </w:numPr>
        <w:spacing w:after="60"/>
        <w:rPr>
          <w:rFonts w:ascii="Arial" w:hAnsi="Arial" w:cs="Arial"/>
          <w:lang w:val="hr-HR"/>
        </w:rPr>
      </w:pPr>
      <w:r w:rsidRPr="00A63BD0">
        <w:rPr>
          <w:rFonts w:ascii="Arial" w:hAnsi="Arial" w:cs="Arial"/>
          <w:lang w:val="hr-HR"/>
        </w:rPr>
        <w:t>ako je to nužno radi zaštite isključivih prava, uključujući prava intelektualnog vlasništva</w:t>
      </w:r>
      <w:r w:rsidR="00B5604D" w:rsidRPr="00A63BD0">
        <w:rPr>
          <w:rFonts w:ascii="Arial" w:hAnsi="Arial" w:cs="Arial"/>
          <w:lang w:val="hr-HR"/>
        </w:rPr>
        <w:t>,</w:t>
      </w:r>
    </w:p>
    <w:p w14:paraId="516610C2" w14:textId="77777777" w:rsidR="00C54CDF" w:rsidRPr="00A63BD0" w:rsidRDefault="00432A0B">
      <w:pPr>
        <w:spacing w:after="60"/>
        <w:ind w:left="397" w:hanging="255"/>
        <w:rPr>
          <w:rFonts w:ascii="Arial" w:hAnsi="Arial" w:cs="Arial"/>
          <w:lang w:val="hr-HR"/>
        </w:rPr>
      </w:pPr>
      <w:r w:rsidRPr="00A63BD0">
        <w:rPr>
          <w:rFonts w:ascii="Arial" w:hAnsi="Arial" w:cs="Arial"/>
          <w:lang w:val="hr-HR"/>
        </w:rPr>
        <w:t>c) ako postoji iznimna žurnost uzrokovana događajima koje Naručitelj nije mogao predvidjeti niti na njih utjecati.</w:t>
      </w:r>
    </w:p>
    <w:p w14:paraId="539DC1B6" w14:textId="713305C2" w:rsidR="00C54CDF" w:rsidRDefault="00432A0B">
      <w:pPr>
        <w:ind w:firstLine="567"/>
        <w:rPr>
          <w:rFonts w:ascii="Arial" w:hAnsi="Arial" w:cs="Arial"/>
          <w:lang w:val="hr-HR"/>
        </w:rPr>
      </w:pPr>
      <w:r w:rsidRPr="00A63BD0">
        <w:rPr>
          <w:rFonts w:ascii="Arial" w:hAnsi="Arial" w:cs="Arial"/>
          <w:lang w:val="hr-HR"/>
        </w:rPr>
        <w:t xml:space="preserve">U slučaju jednostavne nabave iz stavka 1. ovog članka Naručitelj je dužan navesti i obrazložiti razloge za primjenu iznimke iz stavka 1. ovog članka u modulu jednostavne nabave EOJN, odnosno u dokumentaciji </w:t>
      </w:r>
      <w:r w:rsidR="000D6A89">
        <w:rPr>
          <w:rFonts w:ascii="Arial" w:hAnsi="Arial" w:cs="Arial"/>
          <w:lang w:val="hr-HR"/>
        </w:rPr>
        <w:t xml:space="preserve">o nabavi </w:t>
      </w:r>
      <w:r w:rsidRPr="00A63BD0">
        <w:rPr>
          <w:rFonts w:ascii="Arial" w:hAnsi="Arial" w:cs="Arial"/>
          <w:lang w:val="hr-HR"/>
        </w:rPr>
        <w:t>ukoliko se poziv na dostavu ponuda dostavlja putem elektroničkih sredstava komunikacije</w:t>
      </w:r>
      <w:r w:rsidR="000D6A89">
        <w:rPr>
          <w:rFonts w:ascii="Arial" w:hAnsi="Arial" w:cs="Arial"/>
          <w:lang w:val="hr-HR"/>
        </w:rPr>
        <w:t xml:space="preserve">, </w:t>
      </w:r>
      <w:r w:rsidR="00FE2DF9">
        <w:rPr>
          <w:rFonts w:ascii="Arial" w:hAnsi="Arial" w:cs="Arial"/>
          <w:lang w:val="hr-HR"/>
        </w:rPr>
        <w:t>odnosno sukladno članku 8. stavak 4. ovog Pravilnika</w:t>
      </w:r>
      <w:r w:rsidR="00FE2DF9" w:rsidRPr="00A63BD0">
        <w:rPr>
          <w:rFonts w:ascii="Arial" w:hAnsi="Arial" w:cs="Arial"/>
          <w:lang w:val="hr-HR"/>
        </w:rPr>
        <w:t>.</w:t>
      </w:r>
    </w:p>
    <w:p w14:paraId="4ABE20C4" w14:textId="77777777" w:rsidR="00D14A8F" w:rsidRPr="00A63BD0" w:rsidRDefault="00D14A8F">
      <w:pPr>
        <w:ind w:firstLine="567"/>
        <w:rPr>
          <w:rFonts w:ascii="Arial" w:hAnsi="Arial" w:cs="Arial"/>
          <w:lang w:val="hr-HR"/>
        </w:rPr>
      </w:pPr>
    </w:p>
    <w:p w14:paraId="5EEE1433" w14:textId="6820C30B" w:rsidR="00D14A8F" w:rsidRPr="00D14A8F" w:rsidRDefault="000D6A89" w:rsidP="00D14A8F">
      <w:pPr>
        <w:pStyle w:val="Naslov2"/>
        <w:rPr>
          <w:rFonts w:ascii="Arial" w:hAnsi="Arial" w:cs="Arial"/>
          <w:szCs w:val="22"/>
          <w:lang w:val="hr-HR"/>
        </w:rPr>
      </w:pPr>
      <w:r>
        <w:rPr>
          <w:rFonts w:ascii="Arial" w:hAnsi="Arial" w:cs="Arial"/>
          <w:szCs w:val="22"/>
          <w:lang w:val="hr-HR"/>
        </w:rPr>
        <w:t xml:space="preserve">III. </w:t>
      </w:r>
      <w:r w:rsidRPr="00A63BD0">
        <w:rPr>
          <w:rFonts w:ascii="Arial" w:hAnsi="Arial" w:cs="Arial"/>
          <w:szCs w:val="22"/>
          <w:lang w:val="hr-HR"/>
        </w:rPr>
        <w:t>JAVNA OBJAVA POZIVA</w:t>
      </w:r>
    </w:p>
    <w:p w14:paraId="239ABFC9" w14:textId="5B082EDA" w:rsidR="00C54CDF" w:rsidRPr="00A63BD0" w:rsidRDefault="00432A0B">
      <w:pPr>
        <w:pStyle w:val="Article"/>
        <w:rPr>
          <w:rFonts w:ascii="Arial" w:hAnsi="Arial" w:cs="Arial"/>
          <w:lang w:val="hr-HR"/>
        </w:rPr>
      </w:pPr>
      <w:r w:rsidRPr="00A63BD0">
        <w:rPr>
          <w:rFonts w:ascii="Arial" w:hAnsi="Arial" w:cs="Arial"/>
          <w:lang w:val="hr-HR"/>
        </w:rPr>
        <w:t xml:space="preserve">Članak </w:t>
      </w:r>
      <w:r w:rsidR="00183A50" w:rsidRPr="00A63BD0">
        <w:rPr>
          <w:rFonts w:ascii="Arial" w:hAnsi="Arial" w:cs="Arial"/>
          <w:lang w:val="hr-HR"/>
        </w:rPr>
        <w:t>1</w:t>
      </w:r>
      <w:r w:rsidR="000D6A89">
        <w:rPr>
          <w:rFonts w:ascii="Arial" w:hAnsi="Arial" w:cs="Arial"/>
          <w:lang w:val="hr-HR"/>
        </w:rPr>
        <w:t>0</w:t>
      </w:r>
      <w:r w:rsidRPr="00A63BD0">
        <w:rPr>
          <w:rFonts w:ascii="Arial" w:hAnsi="Arial" w:cs="Arial"/>
          <w:lang w:val="hr-HR"/>
        </w:rPr>
        <w:t>.</w:t>
      </w:r>
    </w:p>
    <w:p w14:paraId="02BC3666" w14:textId="096F1D15" w:rsidR="00C54CDF" w:rsidRPr="00A63BD0" w:rsidRDefault="00432A0B">
      <w:pPr>
        <w:ind w:firstLine="567"/>
        <w:rPr>
          <w:rFonts w:ascii="Arial" w:hAnsi="Arial" w:cs="Arial"/>
          <w:lang w:val="hr-HR"/>
        </w:rPr>
      </w:pPr>
      <w:r w:rsidRPr="00A63BD0">
        <w:rPr>
          <w:rFonts w:ascii="Arial" w:hAnsi="Arial" w:cs="Arial"/>
          <w:lang w:val="hr-HR"/>
        </w:rPr>
        <w:t xml:space="preserve">Javna objava poziva je postupak jednostavne nabave koji </w:t>
      </w:r>
      <w:r w:rsidR="002B5062" w:rsidRPr="00A63BD0">
        <w:rPr>
          <w:rFonts w:ascii="Arial" w:hAnsi="Arial" w:cs="Arial"/>
          <w:lang w:val="hr-HR"/>
        </w:rPr>
        <w:t xml:space="preserve">Naručitelj </w:t>
      </w:r>
      <w:r w:rsidRPr="00A63BD0">
        <w:rPr>
          <w:rFonts w:ascii="Arial" w:hAnsi="Arial" w:cs="Arial"/>
          <w:lang w:val="hr-HR"/>
        </w:rPr>
        <w:t>provodi putem javne objave poziva za dostavu ponuda u modulu jednostavne nabave EOJN.</w:t>
      </w:r>
    </w:p>
    <w:p w14:paraId="097F9943" w14:textId="77777777" w:rsidR="00C54CDF" w:rsidRPr="00A63BD0" w:rsidRDefault="00432A0B">
      <w:pPr>
        <w:ind w:firstLine="567"/>
        <w:rPr>
          <w:rFonts w:ascii="Arial" w:hAnsi="Arial" w:cs="Arial"/>
          <w:lang w:val="hr-HR"/>
        </w:rPr>
      </w:pPr>
      <w:r w:rsidRPr="00A63BD0">
        <w:rPr>
          <w:rFonts w:ascii="Arial" w:hAnsi="Arial" w:cs="Arial"/>
          <w:lang w:val="hr-HR"/>
        </w:rPr>
        <w:t>Javna objava poziva provodi se za nabavu robe i usluga čija je procijenjena vrijednost veća od 25.000,00 eura i manja od 50.000,00 eura, odnosno za nabavu radova čija je procijenjena vrijednost veća od 45.000,00 eura i manja od 100.000,00 eura.</w:t>
      </w:r>
    </w:p>
    <w:p w14:paraId="7F274747" w14:textId="12C01983" w:rsidR="00C54CDF" w:rsidRPr="00A63BD0" w:rsidRDefault="00432A0B">
      <w:pPr>
        <w:pStyle w:val="Article"/>
        <w:rPr>
          <w:rFonts w:ascii="Arial" w:hAnsi="Arial" w:cs="Arial"/>
          <w:lang w:val="hr-HR"/>
        </w:rPr>
      </w:pPr>
      <w:r w:rsidRPr="00A63BD0">
        <w:rPr>
          <w:rFonts w:ascii="Arial" w:hAnsi="Arial" w:cs="Arial"/>
          <w:lang w:val="hr-HR"/>
        </w:rPr>
        <w:t>Članak 1</w:t>
      </w:r>
      <w:r w:rsidR="000D6A89">
        <w:rPr>
          <w:rFonts w:ascii="Arial" w:hAnsi="Arial" w:cs="Arial"/>
          <w:lang w:val="hr-HR"/>
        </w:rPr>
        <w:t>1</w:t>
      </w:r>
      <w:r w:rsidRPr="00A63BD0">
        <w:rPr>
          <w:rFonts w:ascii="Arial" w:hAnsi="Arial" w:cs="Arial"/>
          <w:lang w:val="hr-HR"/>
        </w:rPr>
        <w:t>.</w:t>
      </w:r>
    </w:p>
    <w:p w14:paraId="645A4E14" w14:textId="7E8A1A5E" w:rsidR="00CA2943" w:rsidRPr="00A63BD0" w:rsidRDefault="00CA2943" w:rsidP="00CA2943">
      <w:pPr>
        <w:ind w:firstLine="567"/>
        <w:rPr>
          <w:rFonts w:ascii="Arial" w:hAnsi="Arial" w:cs="Arial"/>
          <w:lang w:val="hr-HR"/>
        </w:rPr>
      </w:pPr>
      <w:r w:rsidRPr="00A63BD0">
        <w:rPr>
          <w:rFonts w:ascii="Arial" w:hAnsi="Arial" w:cs="Arial"/>
          <w:lang w:val="hr-HR"/>
        </w:rPr>
        <w:t>Iznimno</w:t>
      </w:r>
      <w:r w:rsidRPr="00A63BD0">
        <w:rPr>
          <w:rFonts w:ascii="Arial" w:hAnsi="Arial" w:cs="Arial"/>
        </w:rPr>
        <w:t xml:space="preserve"> </w:t>
      </w:r>
      <w:r w:rsidRPr="00A63BD0">
        <w:rPr>
          <w:rFonts w:ascii="Arial" w:hAnsi="Arial" w:cs="Arial"/>
          <w:lang w:val="hr-HR"/>
        </w:rPr>
        <w:t>od članka 1</w:t>
      </w:r>
      <w:r w:rsidR="00FE2DF9">
        <w:rPr>
          <w:rFonts w:ascii="Arial" w:hAnsi="Arial" w:cs="Arial"/>
          <w:lang w:val="hr-HR"/>
        </w:rPr>
        <w:t>0</w:t>
      </w:r>
      <w:r w:rsidRPr="00A63BD0">
        <w:rPr>
          <w:rFonts w:ascii="Arial" w:hAnsi="Arial" w:cs="Arial"/>
          <w:lang w:val="hr-HR"/>
        </w:rPr>
        <w:t>. ovog Pravilnika, Naručitelj nije obvezan provesti postupak jednostavne nabave putem javne objave u modulu jednostavne nabave, već ga provodi slanjem Poziva za dostavu ponude putem modula jednostavne nabave u EOJN na adresu jednog ili više gospodarskih subjekata:</w:t>
      </w:r>
    </w:p>
    <w:p w14:paraId="3FDE492B" w14:textId="0B2C89C7" w:rsidR="00C54CDF" w:rsidRPr="00A63BD0" w:rsidRDefault="00432A0B">
      <w:pPr>
        <w:spacing w:after="60"/>
        <w:ind w:left="397" w:hanging="255"/>
        <w:rPr>
          <w:rFonts w:ascii="Arial" w:hAnsi="Arial" w:cs="Arial"/>
          <w:lang w:val="hr-HR"/>
        </w:rPr>
      </w:pPr>
      <w:r w:rsidRPr="00A63BD0">
        <w:rPr>
          <w:rFonts w:ascii="Arial" w:hAnsi="Arial" w:cs="Arial"/>
          <w:lang w:val="hr-HR"/>
        </w:rPr>
        <w:t>a) ako nije podnesena nijedna ponuda ili nijedna valjana ponuda u prethodno provedenom postupku jednostavne nabave, pod uvjetom da početni ugovorni uvjeti nisu bitno izmijenjeni</w:t>
      </w:r>
      <w:r w:rsidR="00B5604D" w:rsidRPr="00A63BD0">
        <w:rPr>
          <w:rFonts w:ascii="Arial" w:hAnsi="Arial" w:cs="Arial"/>
          <w:b/>
          <w:bCs/>
          <w:lang w:val="hr-HR"/>
        </w:rPr>
        <w:t>,</w:t>
      </w:r>
    </w:p>
    <w:p w14:paraId="3138250F" w14:textId="77777777" w:rsidR="006169BB" w:rsidRPr="00A63BD0" w:rsidRDefault="00432A0B" w:rsidP="006169BB">
      <w:pPr>
        <w:spacing w:after="60"/>
        <w:ind w:left="397" w:hanging="255"/>
        <w:rPr>
          <w:rFonts w:ascii="Arial" w:hAnsi="Arial" w:cs="Arial"/>
          <w:lang w:val="hr-HR"/>
        </w:rPr>
      </w:pPr>
      <w:r w:rsidRPr="00A63BD0">
        <w:rPr>
          <w:rFonts w:ascii="Arial" w:hAnsi="Arial" w:cs="Arial"/>
          <w:lang w:val="hr-HR"/>
        </w:rPr>
        <w:t>b) ako zbog objektivnih razloga predmet nabave može izvršiti, isporučiti ili pružiti samo određeni gospodarski subjekt, i to:</w:t>
      </w:r>
    </w:p>
    <w:p w14:paraId="451549B1" w14:textId="77777777" w:rsidR="00D624A7" w:rsidRPr="00A63BD0" w:rsidRDefault="00432A0B" w:rsidP="00D624A7">
      <w:pPr>
        <w:pStyle w:val="Odlomakpopisa"/>
        <w:numPr>
          <w:ilvl w:val="0"/>
          <w:numId w:val="13"/>
        </w:numPr>
        <w:spacing w:after="60"/>
        <w:rPr>
          <w:rFonts w:ascii="Arial" w:hAnsi="Arial" w:cs="Arial"/>
          <w:lang w:val="hr-HR"/>
        </w:rPr>
      </w:pPr>
      <w:r w:rsidRPr="00A63BD0">
        <w:rPr>
          <w:rFonts w:ascii="Arial" w:hAnsi="Arial" w:cs="Arial"/>
          <w:lang w:val="hr-HR"/>
        </w:rPr>
        <w:t>ako je predmet nabave stvaranje ili stjecanje jedinstvenog umjetničkog djela ili umjetničke izvedbe,</w:t>
      </w:r>
    </w:p>
    <w:p w14:paraId="3C11D8F5" w14:textId="13BD112A" w:rsidR="00D624A7" w:rsidRPr="00A63BD0" w:rsidRDefault="00432A0B" w:rsidP="00D624A7">
      <w:pPr>
        <w:pStyle w:val="Odlomakpopisa"/>
        <w:numPr>
          <w:ilvl w:val="0"/>
          <w:numId w:val="13"/>
        </w:numPr>
        <w:spacing w:after="60"/>
        <w:rPr>
          <w:rFonts w:ascii="Arial" w:hAnsi="Arial" w:cs="Arial"/>
          <w:lang w:val="hr-HR"/>
        </w:rPr>
      </w:pPr>
      <w:r w:rsidRPr="00A63BD0">
        <w:rPr>
          <w:rFonts w:ascii="Arial" w:hAnsi="Arial" w:cs="Arial"/>
          <w:lang w:val="hr-HR"/>
        </w:rPr>
        <w:t>ako iz tehničkih razloga predmet nabave može isporučiti samo određeni gospodarski subjekt</w:t>
      </w:r>
      <w:r w:rsidR="00D624A7" w:rsidRPr="00A63BD0">
        <w:rPr>
          <w:rFonts w:ascii="Arial" w:hAnsi="Arial" w:cs="Arial"/>
          <w:lang w:val="hr-HR"/>
        </w:rPr>
        <w:t>,</w:t>
      </w:r>
      <w:r w:rsidRPr="00A63BD0">
        <w:rPr>
          <w:rFonts w:ascii="Arial" w:hAnsi="Arial" w:cs="Arial"/>
          <w:lang w:val="hr-HR"/>
        </w:rPr>
        <w:t xml:space="preserve"> ili</w:t>
      </w:r>
    </w:p>
    <w:p w14:paraId="1FC75164" w14:textId="156E1B16" w:rsidR="00C54CDF" w:rsidRPr="00A63BD0" w:rsidRDefault="00432A0B" w:rsidP="00D624A7">
      <w:pPr>
        <w:pStyle w:val="Odlomakpopisa"/>
        <w:numPr>
          <w:ilvl w:val="0"/>
          <w:numId w:val="13"/>
        </w:numPr>
        <w:spacing w:after="60"/>
        <w:rPr>
          <w:rFonts w:ascii="Arial" w:hAnsi="Arial" w:cs="Arial"/>
          <w:lang w:val="hr-HR"/>
        </w:rPr>
      </w:pPr>
      <w:r w:rsidRPr="00A63BD0">
        <w:rPr>
          <w:rFonts w:ascii="Arial" w:hAnsi="Arial" w:cs="Arial"/>
          <w:lang w:val="hr-HR"/>
        </w:rPr>
        <w:t>ako je to nužno radi zaštite isključivih prava, uključujući prava intelektualnog vlasništva</w:t>
      </w:r>
      <w:r w:rsidR="00B5604D" w:rsidRPr="00A63BD0">
        <w:rPr>
          <w:rFonts w:ascii="Arial" w:hAnsi="Arial" w:cs="Arial"/>
          <w:lang w:val="hr-HR"/>
        </w:rPr>
        <w:t>,</w:t>
      </w:r>
    </w:p>
    <w:p w14:paraId="3C8A329C" w14:textId="77777777" w:rsidR="00C54CDF" w:rsidRPr="00A63BD0" w:rsidRDefault="00432A0B">
      <w:pPr>
        <w:spacing w:after="60"/>
        <w:ind w:left="397" w:hanging="255"/>
        <w:rPr>
          <w:rFonts w:ascii="Arial" w:hAnsi="Arial" w:cs="Arial"/>
          <w:lang w:val="hr-HR"/>
        </w:rPr>
      </w:pPr>
      <w:r w:rsidRPr="00A63BD0">
        <w:rPr>
          <w:rFonts w:ascii="Arial" w:hAnsi="Arial" w:cs="Arial"/>
          <w:lang w:val="hr-HR"/>
        </w:rPr>
        <w:t>c) ako postoji iznimna žurnost uzrokovana događajima koje Naručitelj nije mogao predvidjeti niti na njih utjecati.</w:t>
      </w:r>
    </w:p>
    <w:p w14:paraId="1CC456E0" w14:textId="7B9850D1" w:rsidR="00C54CDF" w:rsidRDefault="00432A0B">
      <w:pPr>
        <w:ind w:firstLine="567"/>
        <w:rPr>
          <w:rFonts w:ascii="Arial" w:hAnsi="Arial" w:cs="Arial"/>
          <w:lang w:val="hr-HR"/>
        </w:rPr>
      </w:pPr>
      <w:r w:rsidRPr="00A63BD0">
        <w:rPr>
          <w:rFonts w:ascii="Arial" w:hAnsi="Arial" w:cs="Arial"/>
          <w:lang w:val="hr-HR"/>
        </w:rPr>
        <w:t>U slučaju iz stavka 1. ovog članka Naručitelj postupak jednostavne nabave provodi u modulu jednostavne nabave EOJN gdje je dužan navesti i obrazložiti razloge za primjenu iznimke iz stavka 1. ovog članka.</w:t>
      </w:r>
    </w:p>
    <w:p w14:paraId="359665F6" w14:textId="77777777" w:rsidR="00D14A8F" w:rsidRPr="00A63BD0" w:rsidRDefault="00D14A8F">
      <w:pPr>
        <w:ind w:firstLine="567"/>
        <w:rPr>
          <w:rFonts w:ascii="Arial" w:hAnsi="Arial" w:cs="Arial"/>
          <w:lang w:val="hr-HR"/>
        </w:rPr>
      </w:pPr>
    </w:p>
    <w:p w14:paraId="50AD30B0" w14:textId="2E5DEBFB" w:rsidR="00D14A8F" w:rsidRPr="00D14A8F" w:rsidRDefault="00432A0B" w:rsidP="00D14A8F">
      <w:pPr>
        <w:pStyle w:val="Naslov1"/>
        <w:rPr>
          <w:rFonts w:ascii="Arial" w:hAnsi="Arial" w:cs="Arial"/>
          <w:sz w:val="22"/>
          <w:szCs w:val="22"/>
          <w:lang w:val="hr-HR"/>
        </w:rPr>
      </w:pPr>
      <w:r w:rsidRPr="00A63BD0">
        <w:rPr>
          <w:rFonts w:ascii="Arial" w:hAnsi="Arial" w:cs="Arial"/>
          <w:sz w:val="22"/>
          <w:szCs w:val="22"/>
          <w:lang w:val="hr-HR"/>
        </w:rPr>
        <w:t>NADLEŽNOST ZA PROVEDBU POSTUPAKA JEDNOSTAVNE NABAVE</w:t>
      </w:r>
    </w:p>
    <w:p w14:paraId="10E9E6A2" w14:textId="741C86B3" w:rsidR="00C54CDF" w:rsidRPr="00A63BD0" w:rsidRDefault="00432A0B">
      <w:pPr>
        <w:pStyle w:val="Article"/>
        <w:rPr>
          <w:rFonts w:ascii="Arial" w:hAnsi="Arial" w:cs="Arial"/>
          <w:lang w:val="hr-HR"/>
        </w:rPr>
      </w:pPr>
      <w:r w:rsidRPr="00A63BD0">
        <w:rPr>
          <w:rFonts w:ascii="Arial" w:hAnsi="Arial" w:cs="Arial"/>
          <w:lang w:val="hr-HR"/>
        </w:rPr>
        <w:t>Članak 1</w:t>
      </w:r>
      <w:r w:rsidR="000D6A89">
        <w:rPr>
          <w:rFonts w:ascii="Arial" w:hAnsi="Arial" w:cs="Arial"/>
          <w:lang w:val="hr-HR"/>
        </w:rPr>
        <w:t>2</w:t>
      </w:r>
      <w:r w:rsidRPr="00A63BD0">
        <w:rPr>
          <w:rFonts w:ascii="Arial" w:hAnsi="Arial" w:cs="Arial"/>
          <w:lang w:val="hr-HR"/>
        </w:rPr>
        <w:t>.</w:t>
      </w:r>
    </w:p>
    <w:p w14:paraId="4A5724FB" w14:textId="6560C5FE" w:rsidR="00FE2DF9" w:rsidRDefault="00183A50" w:rsidP="00832796">
      <w:pPr>
        <w:ind w:firstLine="567"/>
        <w:rPr>
          <w:rFonts w:ascii="Arial" w:hAnsi="Arial" w:cs="Arial"/>
          <w:lang w:val="hr-HR"/>
        </w:rPr>
      </w:pPr>
      <w:r w:rsidRPr="00A63BD0">
        <w:rPr>
          <w:rFonts w:ascii="Arial" w:hAnsi="Arial" w:cs="Arial"/>
          <w:lang w:val="hr-HR"/>
        </w:rPr>
        <w:t xml:space="preserve">Postupci nabave roba, radova i usluga iz članka </w:t>
      </w:r>
      <w:r w:rsidR="00FE2DF9">
        <w:rPr>
          <w:rFonts w:ascii="Arial" w:hAnsi="Arial" w:cs="Arial"/>
          <w:lang w:val="hr-HR"/>
        </w:rPr>
        <w:t xml:space="preserve">8., </w:t>
      </w:r>
      <w:r w:rsidR="00ED6B6E" w:rsidRPr="00ED6B6E">
        <w:rPr>
          <w:rFonts w:ascii="Arial" w:hAnsi="Arial" w:cs="Arial"/>
          <w:lang w:val="hr-HR"/>
        </w:rPr>
        <w:t xml:space="preserve">članka </w:t>
      </w:r>
      <w:r w:rsidRPr="00A63BD0">
        <w:rPr>
          <w:rFonts w:ascii="Arial" w:hAnsi="Arial" w:cs="Arial"/>
          <w:lang w:val="hr-HR"/>
        </w:rPr>
        <w:t>9.,</w:t>
      </w:r>
      <w:r w:rsidR="00ED6B6E" w:rsidRPr="00ED6B6E">
        <w:t xml:space="preserve"> </w:t>
      </w:r>
      <w:r w:rsidR="00ED6B6E" w:rsidRPr="00ED6B6E">
        <w:rPr>
          <w:rFonts w:ascii="Arial" w:hAnsi="Arial" w:cs="Arial"/>
          <w:lang w:val="hr-HR"/>
        </w:rPr>
        <w:t xml:space="preserve">članka </w:t>
      </w:r>
      <w:r w:rsidRPr="00A63BD0">
        <w:rPr>
          <w:rFonts w:ascii="Arial" w:hAnsi="Arial" w:cs="Arial"/>
          <w:lang w:val="hr-HR"/>
        </w:rPr>
        <w:t>10.</w:t>
      </w:r>
      <w:r w:rsidR="00FE2DF9">
        <w:rPr>
          <w:rFonts w:ascii="Arial" w:hAnsi="Arial" w:cs="Arial"/>
          <w:lang w:val="hr-HR"/>
        </w:rPr>
        <w:t xml:space="preserve"> i</w:t>
      </w:r>
      <w:r w:rsidRPr="00A63BD0">
        <w:rPr>
          <w:rFonts w:ascii="Arial" w:hAnsi="Arial" w:cs="Arial"/>
          <w:lang w:val="hr-HR"/>
        </w:rPr>
        <w:t xml:space="preserve"> </w:t>
      </w:r>
      <w:r w:rsidR="00ED6B6E" w:rsidRPr="00ED6B6E">
        <w:rPr>
          <w:rFonts w:ascii="Arial" w:hAnsi="Arial" w:cs="Arial"/>
          <w:lang w:val="hr-HR"/>
        </w:rPr>
        <w:t xml:space="preserve">članka </w:t>
      </w:r>
      <w:r w:rsidRPr="00A63BD0">
        <w:rPr>
          <w:rFonts w:ascii="Arial" w:hAnsi="Arial" w:cs="Arial"/>
          <w:lang w:val="hr-HR"/>
        </w:rPr>
        <w:t xml:space="preserve">11. ovog Pravilnika započinju donošenjem Odluke o početku postupka jednostavne nabave koju donosi </w:t>
      </w:r>
      <w:r w:rsidR="00ED6B6E">
        <w:rPr>
          <w:rFonts w:ascii="Arial" w:hAnsi="Arial" w:cs="Arial"/>
          <w:lang w:val="hr-HR"/>
        </w:rPr>
        <w:t>ravnatelj</w:t>
      </w:r>
      <w:r w:rsidRPr="00A63BD0">
        <w:rPr>
          <w:rFonts w:ascii="Arial" w:hAnsi="Arial" w:cs="Arial"/>
          <w:lang w:val="hr-HR"/>
        </w:rPr>
        <w:t xml:space="preserve"> Naručitelj</w:t>
      </w:r>
      <w:r w:rsidR="00832796" w:rsidRPr="00A63BD0">
        <w:rPr>
          <w:rFonts w:ascii="Arial" w:hAnsi="Arial" w:cs="Arial"/>
          <w:lang w:val="hr-HR"/>
        </w:rPr>
        <w:t xml:space="preserve">a, a </w:t>
      </w:r>
      <w:r w:rsidRPr="00A63BD0">
        <w:rPr>
          <w:rFonts w:ascii="Arial" w:hAnsi="Arial" w:cs="Arial"/>
          <w:lang w:val="hr-HR"/>
        </w:rPr>
        <w:t>koja sadrži</w:t>
      </w:r>
      <w:r w:rsidR="00832796" w:rsidRPr="00A63BD0">
        <w:rPr>
          <w:rFonts w:ascii="Arial" w:hAnsi="Arial" w:cs="Arial"/>
          <w:lang w:val="hr-HR"/>
        </w:rPr>
        <w:t xml:space="preserve"> naznaku o p</w:t>
      </w:r>
      <w:r w:rsidRPr="00A63BD0">
        <w:rPr>
          <w:rFonts w:ascii="Arial" w:hAnsi="Arial" w:cs="Arial"/>
          <w:lang w:val="hr-HR"/>
        </w:rPr>
        <w:t>redmet</w:t>
      </w:r>
      <w:r w:rsidR="00832796" w:rsidRPr="00A63BD0">
        <w:rPr>
          <w:rFonts w:ascii="Arial" w:hAnsi="Arial" w:cs="Arial"/>
          <w:lang w:val="hr-HR"/>
        </w:rPr>
        <w:t>u</w:t>
      </w:r>
      <w:r w:rsidRPr="00A63BD0">
        <w:rPr>
          <w:rFonts w:ascii="Arial" w:hAnsi="Arial" w:cs="Arial"/>
          <w:lang w:val="hr-HR"/>
        </w:rPr>
        <w:t xml:space="preserve"> nabave</w:t>
      </w:r>
      <w:r w:rsidR="00832796" w:rsidRPr="00A63BD0">
        <w:rPr>
          <w:rFonts w:ascii="Arial" w:hAnsi="Arial" w:cs="Arial"/>
          <w:lang w:val="hr-HR"/>
        </w:rPr>
        <w:t>, p</w:t>
      </w:r>
      <w:r w:rsidRPr="00A63BD0">
        <w:rPr>
          <w:rFonts w:ascii="Arial" w:hAnsi="Arial" w:cs="Arial"/>
          <w:lang w:val="hr-HR"/>
        </w:rPr>
        <w:t>rocijenjen</w:t>
      </w:r>
      <w:r w:rsidR="00832796" w:rsidRPr="00A63BD0">
        <w:rPr>
          <w:rFonts w:ascii="Arial" w:hAnsi="Arial" w:cs="Arial"/>
          <w:lang w:val="hr-HR"/>
        </w:rPr>
        <w:t>oj</w:t>
      </w:r>
      <w:r w:rsidRPr="00A63BD0">
        <w:rPr>
          <w:rFonts w:ascii="Arial" w:hAnsi="Arial" w:cs="Arial"/>
          <w:lang w:val="hr-HR"/>
        </w:rPr>
        <w:t xml:space="preserve"> vrijednost</w:t>
      </w:r>
      <w:r w:rsidR="00832796" w:rsidRPr="00A63BD0">
        <w:rPr>
          <w:rFonts w:ascii="Arial" w:hAnsi="Arial" w:cs="Arial"/>
          <w:lang w:val="hr-HR"/>
        </w:rPr>
        <w:t>i</w:t>
      </w:r>
      <w:r w:rsidRPr="00A63BD0">
        <w:rPr>
          <w:rFonts w:ascii="Arial" w:hAnsi="Arial" w:cs="Arial"/>
          <w:lang w:val="hr-HR"/>
        </w:rPr>
        <w:t xml:space="preserve"> nabave</w:t>
      </w:r>
      <w:r w:rsidR="00832796" w:rsidRPr="00A63BD0">
        <w:rPr>
          <w:rFonts w:ascii="Arial" w:hAnsi="Arial" w:cs="Arial"/>
          <w:lang w:val="hr-HR"/>
        </w:rPr>
        <w:t>, p</w:t>
      </w:r>
      <w:r w:rsidRPr="00A63BD0">
        <w:rPr>
          <w:rFonts w:ascii="Arial" w:hAnsi="Arial" w:cs="Arial"/>
          <w:lang w:val="hr-HR"/>
        </w:rPr>
        <w:t xml:space="preserve">odatke o ovlaštenim predstavnicima </w:t>
      </w:r>
      <w:r w:rsidR="00FE2DF9">
        <w:rPr>
          <w:rFonts w:ascii="Arial" w:hAnsi="Arial" w:cs="Arial"/>
          <w:lang w:val="hr-HR"/>
        </w:rPr>
        <w:t>N</w:t>
      </w:r>
      <w:r w:rsidRPr="00A63BD0">
        <w:rPr>
          <w:rFonts w:ascii="Arial" w:hAnsi="Arial" w:cs="Arial"/>
          <w:lang w:val="hr-HR"/>
        </w:rPr>
        <w:t>aručitelja koji provode postupak nabave, te njihove obveze i ovlasti u postupku nabave</w:t>
      </w:r>
      <w:r w:rsidR="00FE2DF9">
        <w:rPr>
          <w:rFonts w:ascii="Arial" w:hAnsi="Arial" w:cs="Arial"/>
          <w:lang w:val="hr-HR"/>
        </w:rPr>
        <w:t xml:space="preserve">. </w:t>
      </w:r>
    </w:p>
    <w:p w14:paraId="61FA6FE8" w14:textId="163AE53B" w:rsidR="00183A50" w:rsidRPr="00A63BD0" w:rsidRDefault="00FE2DF9" w:rsidP="00832796">
      <w:pPr>
        <w:ind w:firstLine="567"/>
        <w:rPr>
          <w:rFonts w:ascii="Arial" w:hAnsi="Arial" w:cs="Arial"/>
          <w:lang w:val="hr-HR"/>
        </w:rPr>
      </w:pPr>
      <w:r>
        <w:rPr>
          <w:rFonts w:ascii="Arial" w:hAnsi="Arial" w:cs="Arial"/>
          <w:lang w:val="hr-HR"/>
        </w:rPr>
        <w:t xml:space="preserve">Odlukom o početku </w:t>
      </w:r>
      <w:r w:rsidRPr="00FE2DF9">
        <w:rPr>
          <w:rFonts w:ascii="Arial" w:hAnsi="Arial" w:cs="Arial"/>
          <w:lang w:val="hr-HR"/>
        </w:rPr>
        <w:t>postupka jednostavne nabave</w:t>
      </w:r>
      <w:r w:rsidR="00832796" w:rsidRPr="00A63BD0">
        <w:rPr>
          <w:rFonts w:ascii="Arial" w:hAnsi="Arial" w:cs="Arial"/>
          <w:lang w:val="hr-HR"/>
        </w:rPr>
        <w:t xml:space="preserve"> </w:t>
      </w:r>
      <w:r w:rsidR="00183A50" w:rsidRPr="00A63BD0">
        <w:rPr>
          <w:rFonts w:ascii="Arial" w:hAnsi="Arial" w:cs="Arial"/>
          <w:lang w:val="hr-HR"/>
        </w:rPr>
        <w:t>imenuj</w:t>
      </w:r>
      <w:r w:rsidR="00832796" w:rsidRPr="00A63BD0">
        <w:rPr>
          <w:rFonts w:ascii="Arial" w:hAnsi="Arial" w:cs="Arial"/>
          <w:lang w:val="hr-HR"/>
        </w:rPr>
        <w:t>u</w:t>
      </w:r>
      <w:r w:rsidR="00183A50" w:rsidRPr="00A63BD0">
        <w:rPr>
          <w:rFonts w:ascii="Arial" w:hAnsi="Arial" w:cs="Arial"/>
          <w:lang w:val="hr-HR"/>
        </w:rPr>
        <w:t xml:space="preserve"> </w:t>
      </w:r>
      <w:r>
        <w:rPr>
          <w:rFonts w:ascii="Arial" w:hAnsi="Arial" w:cs="Arial"/>
          <w:lang w:val="hr-HR"/>
        </w:rPr>
        <w:t xml:space="preserve">se </w:t>
      </w:r>
      <w:r w:rsidR="00183A50" w:rsidRPr="00A63BD0">
        <w:rPr>
          <w:rFonts w:ascii="Arial" w:hAnsi="Arial" w:cs="Arial"/>
          <w:lang w:val="hr-HR"/>
        </w:rPr>
        <w:t xml:space="preserve">najmanje dva ovlaštena predstavnika Naručitelja, a </w:t>
      </w:r>
      <w:r w:rsidR="00832796" w:rsidRPr="00A63BD0">
        <w:rPr>
          <w:rFonts w:ascii="Arial" w:hAnsi="Arial" w:cs="Arial"/>
          <w:lang w:val="hr-HR"/>
        </w:rPr>
        <w:t>koji</w:t>
      </w:r>
      <w:r w:rsidR="00183A50" w:rsidRPr="00A63BD0">
        <w:rPr>
          <w:rFonts w:ascii="Arial" w:hAnsi="Arial" w:cs="Arial"/>
          <w:lang w:val="hr-HR"/>
        </w:rPr>
        <w:t xml:space="preserve"> ne moraju biti zaposlenici Naručitelja</w:t>
      </w:r>
      <w:r>
        <w:rPr>
          <w:rFonts w:ascii="Arial" w:hAnsi="Arial" w:cs="Arial"/>
          <w:lang w:val="hr-HR"/>
        </w:rPr>
        <w:t>.</w:t>
      </w:r>
    </w:p>
    <w:p w14:paraId="4433DEFA" w14:textId="6F3B2A8D" w:rsidR="002B5062" w:rsidRPr="00A63BD0" w:rsidRDefault="002B5062" w:rsidP="00832796">
      <w:pPr>
        <w:ind w:firstLine="567"/>
        <w:rPr>
          <w:rFonts w:ascii="Arial" w:hAnsi="Arial" w:cs="Arial"/>
          <w:lang w:val="hr-HR"/>
        </w:rPr>
      </w:pPr>
      <w:r w:rsidRPr="00A63BD0">
        <w:rPr>
          <w:rFonts w:ascii="Arial" w:hAnsi="Arial" w:cs="Arial"/>
          <w:lang w:val="hr-HR"/>
        </w:rPr>
        <w:t xml:space="preserve">Obveze i ovlasti ovlaštenih predstavnika </w:t>
      </w:r>
      <w:r w:rsidR="0096753B" w:rsidRPr="00A63BD0">
        <w:rPr>
          <w:rFonts w:ascii="Arial" w:hAnsi="Arial" w:cs="Arial"/>
          <w:lang w:val="hr-HR"/>
        </w:rPr>
        <w:t>Naručitelj</w:t>
      </w:r>
      <w:r w:rsidR="00FE2DF9">
        <w:rPr>
          <w:rFonts w:ascii="Arial" w:hAnsi="Arial" w:cs="Arial"/>
          <w:lang w:val="hr-HR"/>
        </w:rPr>
        <w:t>a</w:t>
      </w:r>
      <w:r w:rsidR="0096753B" w:rsidRPr="00A63BD0">
        <w:rPr>
          <w:rFonts w:ascii="Arial" w:hAnsi="Arial" w:cs="Arial"/>
          <w:lang w:val="hr-HR"/>
        </w:rPr>
        <w:t xml:space="preserve"> </w:t>
      </w:r>
      <w:r w:rsidR="00832796" w:rsidRPr="00A63BD0">
        <w:rPr>
          <w:rFonts w:ascii="Arial" w:hAnsi="Arial" w:cs="Arial"/>
          <w:lang w:val="hr-HR"/>
        </w:rPr>
        <w:t xml:space="preserve">koji provode postupke jednostavnih nabava iz članka </w:t>
      </w:r>
      <w:r w:rsidR="00FE2DF9">
        <w:rPr>
          <w:rFonts w:ascii="Arial" w:hAnsi="Arial" w:cs="Arial"/>
          <w:lang w:val="hr-HR"/>
        </w:rPr>
        <w:t xml:space="preserve">8., </w:t>
      </w:r>
      <w:r w:rsidR="00ED6B6E" w:rsidRPr="00ED6B6E">
        <w:rPr>
          <w:rFonts w:ascii="Arial" w:hAnsi="Arial" w:cs="Arial"/>
          <w:lang w:val="hr-HR"/>
        </w:rPr>
        <w:t xml:space="preserve">članka </w:t>
      </w:r>
      <w:r w:rsidR="00832796" w:rsidRPr="00A63BD0">
        <w:rPr>
          <w:rFonts w:ascii="Arial" w:hAnsi="Arial" w:cs="Arial"/>
          <w:lang w:val="hr-HR"/>
        </w:rPr>
        <w:t>9.,</w:t>
      </w:r>
      <w:r w:rsidR="00ED6B6E" w:rsidRPr="00ED6B6E">
        <w:t xml:space="preserve"> </w:t>
      </w:r>
      <w:r w:rsidR="00ED6B6E" w:rsidRPr="00ED6B6E">
        <w:rPr>
          <w:rFonts w:ascii="Arial" w:hAnsi="Arial" w:cs="Arial"/>
          <w:lang w:val="hr-HR"/>
        </w:rPr>
        <w:t xml:space="preserve">članka </w:t>
      </w:r>
      <w:r w:rsidR="00832796" w:rsidRPr="00A63BD0">
        <w:rPr>
          <w:rFonts w:ascii="Arial" w:hAnsi="Arial" w:cs="Arial"/>
          <w:lang w:val="hr-HR"/>
        </w:rPr>
        <w:t>10.</w:t>
      </w:r>
      <w:r w:rsidR="00FE2DF9">
        <w:rPr>
          <w:rFonts w:ascii="Arial" w:hAnsi="Arial" w:cs="Arial"/>
          <w:lang w:val="hr-HR"/>
        </w:rPr>
        <w:t xml:space="preserve"> i </w:t>
      </w:r>
      <w:r w:rsidR="00ED6B6E" w:rsidRPr="00ED6B6E">
        <w:rPr>
          <w:rFonts w:ascii="Arial" w:hAnsi="Arial" w:cs="Arial"/>
          <w:lang w:val="hr-HR"/>
        </w:rPr>
        <w:t xml:space="preserve">članka </w:t>
      </w:r>
      <w:r w:rsidR="00832796" w:rsidRPr="00A63BD0">
        <w:rPr>
          <w:rFonts w:ascii="Arial" w:hAnsi="Arial" w:cs="Arial"/>
          <w:lang w:val="hr-HR"/>
        </w:rPr>
        <w:t xml:space="preserve">11. ovog Pravilnika </w:t>
      </w:r>
      <w:r w:rsidRPr="00A63BD0">
        <w:rPr>
          <w:rFonts w:ascii="Arial" w:hAnsi="Arial" w:cs="Arial"/>
          <w:lang w:val="hr-HR"/>
        </w:rPr>
        <w:t>su:</w:t>
      </w:r>
    </w:p>
    <w:p w14:paraId="14FDE8BA" w14:textId="694C353F" w:rsidR="002B5062" w:rsidRPr="006848C6" w:rsidRDefault="002B5062" w:rsidP="002B5062">
      <w:pPr>
        <w:ind w:firstLine="567"/>
        <w:rPr>
          <w:rFonts w:ascii="Arial" w:hAnsi="Arial" w:cs="Arial"/>
          <w:lang w:val="hr-HR"/>
        </w:rPr>
      </w:pPr>
      <w:r w:rsidRPr="00A63BD0">
        <w:rPr>
          <w:rFonts w:ascii="Arial" w:hAnsi="Arial" w:cs="Arial"/>
          <w:lang w:val="hr-HR"/>
        </w:rPr>
        <w:t>-</w:t>
      </w:r>
      <w:r w:rsidRPr="00A63BD0">
        <w:rPr>
          <w:rFonts w:ascii="Arial" w:hAnsi="Arial" w:cs="Arial"/>
          <w:lang w:val="hr-HR"/>
        </w:rPr>
        <w:tab/>
      </w:r>
      <w:r w:rsidR="00CA2943" w:rsidRPr="00A63BD0">
        <w:rPr>
          <w:rFonts w:ascii="Arial" w:hAnsi="Arial" w:cs="Arial"/>
          <w:lang w:val="hr-HR"/>
        </w:rPr>
        <w:t>p</w:t>
      </w:r>
      <w:r w:rsidRPr="00A63BD0">
        <w:rPr>
          <w:rFonts w:ascii="Arial" w:hAnsi="Arial" w:cs="Arial"/>
          <w:lang w:val="hr-HR"/>
        </w:rPr>
        <w:t xml:space="preserve">riprema postupka jednostavne nabave: </w:t>
      </w:r>
      <w:r w:rsidR="0096753B" w:rsidRPr="00A63BD0">
        <w:rPr>
          <w:rFonts w:ascii="Arial" w:hAnsi="Arial" w:cs="Arial"/>
          <w:lang w:val="hr-HR"/>
        </w:rPr>
        <w:t>priprema</w:t>
      </w:r>
      <w:r w:rsidRPr="00A63BD0">
        <w:rPr>
          <w:rFonts w:ascii="Arial" w:hAnsi="Arial" w:cs="Arial"/>
          <w:lang w:val="hr-HR"/>
        </w:rPr>
        <w:t xml:space="preserve"> uvjeta vezanih uz predmet nabave, </w:t>
      </w:r>
      <w:r w:rsidRPr="006848C6">
        <w:rPr>
          <w:rFonts w:ascii="Arial" w:hAnsi="Arial" w:cs="Arial"/>
          <w:lang w:val="hr-HR"/>
        </w:rPr>
        <w:t xml:space="preserve">potrebnog sadržaja dokumentacije/ uputa za prikupljanje ponuda, </w:t>
      </w:r>
      <w:r w:rsidR="0096753B" w:rsidRPr="006848C6">
        <w:rPr>
          <w:rFonts w:ascii="Arial" w:hAnsi="Arial" w:cs="Arial"/>
          <w:lang w:val="hr-HR"/>
        </w:rPr>
        <w:t xml:space="preserve">priprema </w:t>
      </w:r>
      <w:r w:rsidRPr="006848C6">
        <w:rPr>
          <w:rFonts w:ascii="Arial" w:hAnsi="Arial" w:cs="Arial"/>
          <w:lang w:val="hr-HR"/>
        </w:rPr>
        <w:t>tehničk</w:t>
      </w:r>
      <w:r w:rsidR="0096753B" w:rsidRPr="006848C6">
        <w:rPr>
          <w:rFonts w:ascii="Arial" w:hAnsi="Arial" w:cs="Arial"/>
          <w:lang w:val="hr-HR"/>
        </w:rPr>
        <w:t>e</w:t>
      </w:r>
      <w:r w:rsidRPr="006848C6">
        <w:rPr>
          <w:rFonts w:ascii="Arial" w:hAnsi="Arial" w:cs="Arial"/>
          <w:lang w:val="hr-HR"/>
        </w:rPr>
        <w:t xml:space="preserve"> specifikacij</w:t>
      </w:r>
      <w:r w:rsidR="0096753B" w:rsidRPr="006848C6">
        <w:rPr>
          <w:rFonts w:ascii="Arial" w:hAnsi="Arial" w:cs="Arial"/>
          <w:lang w:val="hr-HR"/>
        </w:rPr>
        <w:t>e</w:t>
      </w:r>
      <w:r w:rsidRPr="006848C6">
        <w:rPr>
          <w:rFonts w:ascii="Arial" w:hAnsi="Arial" w:cs="Arial"/>
          <w:lang w:val="hr-HR"/>
        </w:rPr>
        <w:t>, ponudbenih troškovnika i ostalih dokumenata vezanih uz predmetnu nabavu,</w:t>
      </w:r>
    </w:p>
    <w:p w14:paraId="1A9BEE98" w14:textId="47670452" w:rsidR="002B5062" w:rsidRDefault="002B5062" w:rsidP="002B5062">
      <w:pPr>
        <w:ind w:firstLine="567"/>
        <w:rPr>
          <w:rFonts w:ascii="Arial" w:hAnsi="Arial" w:cs="Arial"/>
          <w:lang w:val="hr-HR"/>
        </w:rPr>
      </w:pPr>
      <w:r w:rsidRPr="006848C6">
        <w:rPr>
          <w:rFonts w:ascii="Arial" w:hAnsi="Arial" w:cs="Arial"/>
          <w:lang w:val="hr-HR"/>
        </w:rPr>
        <w:t>-</w:t>
      </w:r>
      <w:r w:rsidRPr="006848C6">
        <w:rPr>
          <w:rFonts w:ascii="Arial" w:hAnsi="Arial" w:cs="Arial"/>
          <w:lang w:val="hr-HR"/>
        </w:rPr>
        <w:tab/>
      </w:r>
      <w:r w:rsidR="00CA2943" w:rsidRPr="006848C6">
        <w:rPr>
          <w:rFonts w:ascii="Arial" w:hAnsi="Arial" w:cs="Arial"/>
          <w:lang w:val="hr-HR"/>
        </w:rPr>
        <w:t>p</w:t>
      </w:r>
      <w:r w:rsidRPr="006848C6">
        <w:rPr>
          <w:rFonts w:ascii="Arial" w:hAnsi="Arial" w:cs="Arial"/>
          <w:lang w:val="hr-HR"/>
        </w:rPr>
        <w:t xml:space="preserve">rovedba postupka jednostavne nabave: slanje poziva za dostavu ponuda gospodarskim subjektima, </w:t>
      </w:r>
      <w:r w:rsidR="00832796" w:rsidRPr="006848C6">
        <w:rPr>
          <w:rFonts w:ascii="Arial" w:hAnsi="Arial" w:cs="Arial"/>
          <w:lang w:val="hr-HR"/>
        </w:rPr>
        <w:t xml:space="preserve">odnosno objava poziva u modulu jednostavne nabave EOJN, </w:t>
      </w:r>
      <w:r w:rsidRPr="006848C6">
        <w:rPr>
          <w:rFonts w:ascii="Arial" w:hAnsi="Arial" w:cs="Arial"/>
          <w:lang w:val="hr-HR"/>
        </w:rPr>
        <w:t>otvaranje pristiglih ponuda, sastavljanje zapisnika o otvaranju, pregledu i ocjeni ponuda, rangiranje ponuda sukladno kriteriju za odabir ponuda, prijedlog za odabir najpovoljnije ponude sukladno kriteriju za odabir i uvjetima propisanim dokumentacijom/uputama za prikupljanje ponuda ili poništenje postupka.</w:t>
      </w:r>
    </w:p>
    <w:p w14:paraId="29132012" w14:textId="77777777" w:rsidR="00D14A8F" w:rsidRPr="00A63BD0" w:rsidRDefault="00D14A8F" w:rsidP="002B5062">
      <w:pPr>
        <w:ind w:firstLine="567"/>
        <w:rPr>
          <w:rFonts w:ascii="Arial" w:hAnsi="Arial" w:cs="Arial"/>
          <w:lang w:val="hr-HR"/>
        </w:rPr>
      </w:pPr>
    </w:p>
    <w:p w14:paraId="5156316D" w14:textId="4316FFD7" w:rsidR="00D14A8F" w:rsidRPr="00D14A8F" w:rsidRDefault="00432A0B" w:rsidP="00D14A8F">
      <w:pPr>
        <w:pStyle w:val="Naslov1"/>
        <w:rPr>
          <w:rFonts w:ascii="Arial" w:hAnsi="Arial" w:cs="Arial"/>
          <w:sz w:val="22"/>
          <w:szCs w:val="22"/>
          <w:lang w:val="hr-HR"/>
        </w:rPr>
      </w:pPr>
      <w:r w:rsidRPr="00A63BD0">
        <w:rPr>
          <w:rFonts w:ascii="Arial" w:hAnsi="Arial" w:cs="Arial"/>
          <w:sz w:val="22"/>
          <w:szCs w:val="22"/>
          <w:lang w:val="hr-HR"/>
        </w:rPr>
        <w:t>PROVEDBA POSTUPKA JEDNOSTAVNE NABAVE</w:t>
      </w:r>
    </w:p>
    <w:p w14:paraId="0B9BBA1D" w14:textId="1360DB22" w:rsidR="00C54CDF" w:rsidRPr="00A63BD0" w:rsidRDefault="00432A0B">
      <w:pPr>
        <w:pStyle w:val="Article"/>
        <w:rPr>
          <w:rFonts w:ascii="Arial" w:hAnsi="Arial" w:cs="Arial"/>
          <w:lang w:val="hr-HR"/>
        </w:rPr>
      </w:pPr>
      <w:r w:rsidRPr="006848C6">
        <w:rPr>
          <w:rFonts w:ascii="Arial" w:hAnsi="Arial" w:cs="Arial"/>
          <w:lang w:val="hr-HR"/>
        </w:rPr>
        <w:t>Članak 1</w:t>
      </w:r>
      <w:r w:rsidR="000D6A89" w:rsidRPr="006848C6">
        <w:rPr>
          <w:rFonts w:ascii="Arial" w:hAnsi="Arial" w:cs="Arial"/>
          <w:lang w:val="hr-HR"/>
        </w:rPr>
        <w:t>3</w:t>
      </w:r>
      <w:r w:rsidRPr="006848C6">
        <w:rPr>
          <w:rFonts w:ascii="Arial" w:hAnsi="Arial" w:cs="Arial"/>
          <w:lang w:val="hr-HR"/>
        </w:rPr>
        <w:t>.</w:t>
      </w:r>
    </w:p>
    <w:p w14:paraId="703F9518" w14:textId="5EF7EAAF" w:rsidR="00C54CDF" w:rsidRPr="00A63BD0" w:rsidRDefault="00432A0B">
      <w:pPr>
        <w:ind w:firstLine="567"/>
        <w:rPr>
          <w:rFonts w:ascii="Arial" w:hAnsi="Arial" w:cs="Arial"/>
          <w:lang w:val="hr-HR"/>
        </w:rPr>
      </w:pPr>
      <w:r w:rsidRPr="00A63BD0">
        <w:rPr>
          <w:rFonts w:ascii="Arial" w:hAnsi="Arial" w:cs="Arial"/>
          <w:lang w:val="hr-HR"/>
        </w:rPr>
        <w:t>Postupak jednostavne nabave koji se provodi kao poziv odabranim gospodarskim subjektima ili javn</w:t>
      </w:r>
      <w:r w:rsidR="00832796" w:rsidRPr="00A63BD0">
        <w:rPr>
          <w:rFonts w:ascii="Arial" w:hAnsi="Arial" w:cs="Arial"/>
          <w:lang w:val="hr-HR"/>
        </w:rPr>
        <w:t>om</w:t>
      </w:r>
      <w:r w:rsidRPr="00A63BD0">
        <w:rPr>
          <w:rFonts w:ascii="Arial" w:hAnsi="Arial" w:cs="Arial"/>
          <w:lang w:val="hr-HR"/>
        </w:rPr>
        <w:t xml:space="preserve"> objav</w:t>
      </w:r>
      <w:r w:rsidR="00832796" w:rsidRPr="00A63BD0">
        <w:rPr>
          <w:rFonts w:ascii="Arial" w:hAnsi="Arial" w:cs="Arial"/>
          <w:lang w:val="hr-HR"/>
        </w:rPr>
        <w:t>om</w:t>
      </w:r>
      <w:r w:rsidRPr="00A63BD0">
        <w:rPr>
          <w:rFonts w:ascii="Arial" w:hAnsi="Arial" w:cs="Arial"/>
          <w:lang w:val="hr-HR"/>
        </w:rPr>
        <w:t xml:space="preserve"> poziva pokreće se slanjem ili objavom poziva </w:t>
      </w:r>
      <w:r w:rsidR="00CA2943" w:rsidRPr="00A63BD0">
        <w:rPr>
          <w:rFonts w:ascii="Arial" w:hAnsi="Arial" w:cs="Arial"/>
          <w:lang w:val="hr-HR"/>
        </w:rPr>
        <w:t>z</w:t>
      </w:r>
      <w:r w:rsidRPr="00A63BD0">
        <w:rPr>
          <w:rFonts w:ascii="Arial" w:hAnsi="Arial" w:cs="Arial"/>
          <w:lang w:val="hr-HR"/>
        </w:rPr>
        <w:t>a dostavu ponuda</w:t>
      </w:r>
      <w:r w:rsidR="00CA2943" w:rsidRPr="00A63BD0">
        <w:rPr>
          <w:rFonts w:ascii="Arial" w:hAnsi="Arial" w:cs="Arial"/>
          <w:lang w:val="hr-HR"/>
        </w:rPr>
        <w:t xml:space="preserve"> i dokumentacije o nabavi</w:t>
      </w:r>
      <w:r w:rsidRPr="00A63BD0">
        <w:rPr>
          <w:rFonts w:ascii="Arial" w:hAnsi="Arial" w:cs="Arial"/>
          <w:lang w:val="hr-HR"/>
        </w:rPr>
        <w:t>.</w:t>
      </w:r>
    </w:p>
    <w:p w14:paraId="72079BE1" w14:textId="6F5F753E" w:rsidR="00832796" w:rsidRPr="00A63BD0" w:rsidRDefault="0096753B" w:rsidP="001516FA">
      <w:pPr>
        <w:ind w:firstLine="567"/>
        <w:rPr>
          <w:rFonts w:ascii="Arial" w:hAnsi="Arial" w:cs="Arial"/>
        </w:rPr>
      </w:pPr>
      <w:r w:rsidRPr="00A63BD0">
        <w:rPr>
          <w:rFonts w:ascii="Arial" w:hAnsi="Arial" w:cs="Arial"/>
          <w:lang w:val="hr-HR"/>
        </w:rPr>
        <w:t>U postupcima jednostavne nabave d</w:t>
      </w:r>
      <w:r w:rsidR="00432A0B" w:rsidRPr="00A63BD0">
        <w:rPr>
          <w:rFonts w:ascii="Arial" w:hAnsi="Arial" w:cs="Arial"/>
          <w:lang w:val="hr-HR"/>
        </w:rPr>
        <w:t xml:space="preserve">okumentacija </w:t>
      </w:r>
      <w:r w:rsidR="00CA2943" w:rsidRPr="00A63BD0">
        <w:rPr>
          <w:rFonts w:ascii="Arial" w:hAnsi="Arial" w:cs="Arial"/>
          <w:lang w:val="hr-HR"/>
        </w:rPr>
        <w:t>o nabavi</w:t>
      </w:r>
      <w:r w:rsidR="00432A0B" w:rsidRPr="00A63BD0">
        <w:rPr>
          <w:rFonts w:ascii="Arial" w:hAnsi="Arial" w:cs="Arial"/>
          <w:lang w:val="hr-HR"/>
        </w:rPr>
        <w:t xml:space="preserve"> mora biti jasna, razumljiva i nedvojbena te izrađena na način da sadrži sve potrebne podatke koji ponuditelju omogućavaju izradu i dostavu ponude</w:t>
      </w:r>
      <w:r w:rsidR="00C2070D" w:rsidRPr="00A63BD0">
        <w:rPr>
          <w:rFonts w:ascii="Arial" w:hAnsi="Arial" w:cs="Arial"/>
          <w:lang w:val="hr-HR"/>
        </w:rPr>
        <w:t>.</w:t>
      </w:r>
      <w:r w:rsidRPr="00A63BD0">
        <w:rPr>
          <w:rFonts w:ascii="Arial" w:hAnsi="Arial" w:cs="Arial"/>
          <w:lang w:val="hr-HR"/>
        </w:rPr>
        <w:t xml:space="preserve"> Predmet nabave mora biti opisan na jasan i precizan način da osigurava usporedivost ponuda i predstavlja tehničku, tehnološku, oblikovnu, funkcionalnu i drugu objektivno odredivu cjelinu. </w:t>
      </w:r>
    </w:p>
    <w:p w14:paraId="4705F6B0" w14:textId="7FBC3343" w:rsidR="001516FA" w:rsidRPr="00A63BD0" w:rsidRDefault="001516FA" w:rsidP="00832796">
      <w:pPr>
        <w:spacing w:after="0"/>
        <w:ind w:firstLine="567"/>
        <w:rPr>
          <w:rFonts w:ascii="Arial" w:hAnsi="Arial" w:cs="Arial"/>
          <w:lang w:val="hr-HR"/>
        </w:rPr>
      </w:pPr>
      <w:r w:rsidRPr="00A63BD0">
        <w:rPr>
          <w:rFonts w:ascii="Arial" w:hAnsi="Arial" w:cs="Arial"/>
          <w:lang w:val="hr-HR"/>
        </w:rPr>
        <w:t>Poziv za dostavu ponude sadrži:</w:t>
      </w:r>
    </w:p>
    <w:p w14:paraId="4AD59A66" w14:textId="6DF51708" w:rsidR="001516FA" w:rsidRPr="00A63BD0" w:rsidRDefault="001516FA" w:rsidP="0083279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r>
      <w:r w:rsidR="0096753B" w:rsidRPr="00A63BD0">
        <w:rPr>
          <w:rFonts w:ascii="Arial" w:hAnsi="Arial" w:cs="Arial"/>
          <w:lang w:val="hr-HR"/>
        </w:rPr>
        <w:t>naziv i podatke Naručitelja</w:t>
      </w:r>
      <w:r w:rsidR="006848C6">
        <w:rPr>
          <w:rFonts w:ascii="Arial" w:hAnsi="Arial" w:cs="Arial"/>
          <w:lang w:val="hr-HR"/>
        </w:rPr>
        <w:t>,</w:t>
      </w:r>
    </w:p>
    <w:p w14:paraId="3DF3B326" w14:textId="6E81777A" w:rsidR="0096753B" w:rsidRPr="00A63BD0" w:rsidRDefault="0096753B" w:rsidP="00832796">
      <w:pPr>
        <w:spacing w:after="0"/>
        <w:ind w:firstLine="567"/>
        <w:rPr>
          <w:rFonts w:ascii="Arial" w:hAnsi="Arial" w:cs="Arial"/>
          <w:lang w:val="hr-HR"/>
        </w:rPr>
      </w:pPr>
      <w:r w:rsidRPr="00A63BD0">
        <w:rPr>
          <w:rFonts w:ascii="Arial" w:hAnsi="Arial" w:cs="Arial"/>
          <w:lang w:val="hr-HR"/>
        </w:rPr>
        <w:t>- podatke o gospodarskim subjektima s kojim je Naručitelj u sukobu interesa</w:t>
      </w:r>
      <w:r w:rsidR="006848C6">
        <w:rPr>
          <w:rFonts w:ascii="Arial" w:hAnsi="Arial" w:cs="Arial"/>
          <w:lang w:val="hr-HR"/>
        </w:rPr>
        <w:t>,</w:t>
      </w:r>
    </w:p>
    <w:p w14:paraId="14880BF5" w14:textId="3B4DC1D3" w:rsidR="0096753B" w:rsidRPr="00A63BD0" w:rsidRDefault="0096753B" w:rsidP="00832796">
      <w:pPr>
        <w:spacing w:after="0"/>
        <w:ind w:firstLine="567"/>
        <w:rPr>
          <w:rFonts w:ascii="Arial" w:hAnsi="Arial" w:cs="Arial"/>
          <w:lang w:val="hr-HR"/>
        </w:rPr>
      </w:pPr>
      <w:r w:rsidRPr="00A63BD0">
        <w:rPr>
          <w:rFonts w:ascii="Arial" w:hAnsi="Arial" w:cs="Arial"/>
          <w:lang w:val="hr-HR"/>
        </w:rPr>
        <w:t>- procijenjen</w:t>
      </w:r>
      <w:r w:rsidR="006848C6">
        <w:rPr>
          <w:rFonts w:ascii="Arial" w:hAnsi="Arial" w:cs="Arial"/>
          <w:lang w:val="hr-HR"/>
        </w:rPr>
        <w:t>u</w:t>
      </w:r>
      <w:r w:rsidRPr="00A63BD0">
        <w:rPr>
          <w:rFonts w:ascii="Arial" w:hAnsi="Arial" w:cs="Arial"/>
          <w:lang w:val="hr-HR"/>
        </w:rPr>
        <w:t xml:space="preserve"> vrijednost nabave, </w:t>
      </w:r>
    </w:p>
    <w:p w14:paraId="7F911A6F" w14:textId="497A80F9" w:rsidR="001516FA" w:rsidRPr="00A63BD0" w:rsidRDefault="0096753B" w:rsidP="0083279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t>opis predmeta nabave,</w:t>
      </w:r>
    </w:p>
    <w:p w14:paraId="7CB01D4A" w14:textId="31118EC0" w:rsidR="001516FA" w:rsidRPr="00A63BD0" w:rsidRDefault="0096753B" w:rsidP="0083279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t>navod da se radi o jednostavnoj nabavi na koju se ne primjenjuju odredbe ZJN</w:t>
      </w:r>
      <w:r w:rsidR="006848C6">
        <w:rPr>
          <w:rFonts w:ascii="Arial" w:hAnsi="Arial" w:cs="Arial"/>
          <w:lang w:val="hr-HR"/>
        </w:rPr>
        <w:t>,</w:t>
      </w:r>
    </w:p>
    <w:p w14:paraId="0B60A196" w14:textId="099E2017" w:rsidR="001516FA" w:rsidRPr="00A63BD0" w:rsidRDefault="0096753B" w:rsidP="0083279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t>uvjete i zahtjeve koje ponuditelji trebaju ispuniti</w:t>
      </w:r>
      <w:r w:rsidR="006848C6">
        <w:rPr>
          <w:rFonts w:ascii="Arial" w:hAnsi="Arial" w:cs="Arial"/>
          <w:lang w:val="hr-HR"/>
        </w:rPr>
        <w:t>,</w:t>
      </w:r>
    </w:p>
    <w:p w14:paraId="1523BB28" w14:textId="1241B8A6" w:rsidR="001516FA" w:rsidRPr="00A63BD0" w:rsidRDefault="0096753B" w:rsidP="0083279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t>kriterij za odabir ponude</w:t>
      </w:r>
      <w:r w:rsidR="006848C6">
        <w:rPr>
          <w:rFonts w:ascii="Arial" w:hAnsi="Arial" w:cs="Arial"/>
          <w:lang w:val="hr-HR"/>
        </w:rPr>
        <w:t>,</w:t>
      </w:r>
    </w:p>
    <w:p w14:paraId="16CFA1D6" w14:textId="0C5BC93E" w:rsidR="001516FA" w:rsidRPr="00A63BD0" w:rsidRDefault="0096753B" w:rsidP="0083279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t>rok izvršenja</w:t>
      </w:r>
      <w:r w:rsidR="006848C6">
        <w:rPr>
          <w:rFonts w:ascii="Arial" w:hAnsi="Arial" w:cs="Arial"/>
          <w:lang w:val="hr-HR"/>
        </w:rPr>
        <w:t>,</w:t>
      </w:r>
      <w:r w:rsidR="006848C6" w:rsidRPr="006848C6">
        <w:rPr>
          <w:rFonts w:ascii="Arial" w:hAnsi="Arial" w:cs="Arial"/>
          <w:lang w:val="hr-HR"/>
        </w:rPr>
        <w:t xml:space="preserve"> </w:t>
      </w:r>
      <w:r w:rsidR="006848C6" w:rsidRPr="00A63BD0">
        <w:rPr>
          <w:rFonts w:ascii="Arial" w:hAnsi="Arial" w:cs="Arial"/>
          <w:lang w:val="hr-HR"/>
        </w:rPr>
        <w:t>mjesto izvršenja</w:t>
      </w:r>
    </w:p>
    <w:p w14:paraId="368039FA" w14:textId="230BD5FF" w:rsidR="001516FA" w:rsidRPr="00A63BD0" w:rsidRDefault="0096753B" w:rsidP="0083279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t>način i uvjeti plaćanja, odredbe o cijeni ponude</w:t>
      </w:r>
      <w:r w:rsidR="006848C6">
        <w:rPr>
          <w:rFonts w:ascii="Arial" w:hAnsi="Arial" w:cs="Arial"/>
          <w:lang w:val="hr-HR"/>
        </w:rPr>
        <w:t>,</w:t>
      </w:r>
    </w:p>
    <w:p w14:paraId="63C7D076" w14:textId="0C9487FA" w:rsidR="001516FA" w:rsidRPr="00A63BD0" w:rsidRDefault="0096753B" w:rsidP="006848C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t>rok valjanosti ponude</w:t>
      </w:r>
      <w:r w:rsidR="006848C6">
        <w:rPr>
          <w:rFonts w:ascii="Arial" w:hAnsi="Arial" w:cs="Arial"/>
          <w:lang w:val="hr-HR"/>
        </w:rPr>
        <w:t xml:space="preserve">, </w:t>
      </w:r>
      <w:r w:rsidRPr="00A63BD0">
        <w:rPr>
          <w:rFonts w:ascii="Arial" w:hAnsi="Arial" w:cs="Arial"/>
          <w:lang w:val="hr-HR"/>
        </w:rPr>
        <w:t>rok dostave ponude</w:t>
      </w:r>
      <w:r w:rsidR="006848C6">
        <w:rPr>
          <w:rFonts w:ascii="Arial" w:hAnsi="Arial" w:cs="Arial"/>
          <w:lang w:val="hr-HR"/>
        </w:rPr>
        <w:t xml:space="preserve">, </w:t>
      </w:r>
      <w:r w:rsidRPr="00A63BD0">
        <w:rPr>
          <w:rFonts w:ascii="Arial" w:hAnsi="Arial" w:cs="Arial"/>
          <w:lang w:val="hr-HR"/>
        </w:rPr>
        <w:t>način dostave ponude</w:t>
      </w:r>
    </w:p>
    <w:p w14:paraId="52479A27" w14:textId="65974A32" w:rsidR="00C54CDF" w:rsidRPr="00A63BD0" w:rsidRDefault="0096753B" w:rsidP="00832796">
      <w:pPr>
        <w:spacing w:after="0"/>
        <w:ind w:firstLine="567"/>
        <w:rPr>
          <w:rFonts w:ascii="Arial" w:hAnsi="Arial" w:cs="Arial"/>
          <w:lang w:val="hr-HR"/>
        </w:rPr>
      </w:pPr>
      <w:r w:rsidRPr="00A63BD0">
        <w:rPr>
          <w:rFonts w:ascii="Arial" w:hAnsi="Arial" w:cs="Arial"/>
          <w:lang w:val="hr-HR"/>
        </w:rPr>
        <w:t>-</w:t>
      </w:r>
      <w:r w:rsidRPr="00A63BD0">
        <w:rPr>
          <w:rFonts w:ascii="Arial" w:hAnsi="Arial" w:cs="Arial"/>
          <w:lang w:val="hr-HR"/>
        </w:rPr>
        <w:tab/>
        <w:t xml:space="preserve">podatke o pravnoj zaštiti </w:t>
      </w:r>
      <w:r w:rsidR="006848C6">
        <w:rPr>
          <w:rFonts w:ascii="Arial" w:hAnsi="Arial" w:cs="Arial"/>
          <w:lang w:val="hr-HR"/>
        </w:rPr>
        <w:t>(ako je primjenjivo)</w:t>
      </w:r>
    </w:p>
    <w:p w14:paraId="57D7933C" w14:textId="3D84DC28" w:rsidR="0017255B" w:rsidRPr="00A63BD0" w:rsidRDefault="0017255B" w:rsidP="0017255B">
      <w:pPr>
        <w:pStyle w:val="Article"/>
        <w:ind w:firstLine="567"/>
        <w:jc w:val="both"/>
        <w:rPr>
          <w:rFonts w:ascii="Arial" w:hAnsi="Arial" w:cs="Arial"/>
          <w:b w:val="0"/>
          <w:lang w:val="hr-HR"/>
        </w:rPr>
      </w:pPr>
      <w:r w:rsidRPr="00A63BD0">
        <w:rPr>
          <w:rFonts w:ascii="Arial" w:hAnsi="Arial" w:cs="Arial"/>
          <w:b w:val="0"/>
          <w:lang w:val="hr-HR"/>
        </w:rPr>
        <w:lastRenderedPageBreak/>
        <w:t xml:space="preserve">Naručitelj u postupku jednostavne nabave iz članka </w:t>
      </w:r>
      <w:r w:rsidR="006848C6">
        <w:rPr>
          <w:rFonts w:ascii="Arial" w:hAnsi="Arial" w:cs="Arial"/>
          <w:b w:val="0"/>
          <w:lang w:val="hr-HR"/>
        </w:rPr>
        <w:t xml:space="preserve">8., </w:t>
      </w:r>
      <w:r w:rsidR="00ED6B6E" w:rsidRPr="00ED6B6E">
        <w:rPr>
          <w:rFonts w:ascii="Arial" w:hAnsi="Arial" w:cs="Arial"/>
          <w:b w:val="0"/>
          <w:lang w:val="hr-HR"/>
        </w:rPr>
        <w:t xml:space="preserve">članka </w:t>
      </w:r>
      <w:r w:rsidRPr="00A63BD0">
        <w:rPr>
          <w:rFonts w:ascii="Arial" w:hAnsi="Arial" w:cs="Arial"/>
          <w:b w:val="0"/>
          <w:lang w:val="hr-HR"/>
        </w:rPr>
        <w:t>9.,</w:t>
      </w:r>
      <w:r w:rsidR="00ED6B6E" w:rsidRPr="00ED6B6E">
        <w:t xml:space="preserve"> </w:t>
      </w:r>
      <w:r w:rsidR="00ED6B6E" w:rsidRPr="00ED6B6E">
        <w:rPr>
          <w:rFonts w:ascii="Arial" w:hAnsi="Arial" w:cs="Arial"/>
          <w:b w:val="0"/>
          <w:lang w:val="hr-HR"/>
        </w:rPr>
        <w:t xml:space="preserve">članka </w:t>
      </w:r>
      <w:r w:rsidRPr="00A63BD0">
        <w:rPr>
          <w:rFonts w:ascii="Arial" w:hAnsi="Arial" w:cs="Arial"/>
          <w:b w:val="0"/>
          <w:lang w:val="hr-HR"/>
        </w:rPr>
        <w:t>10.</w:t>
      </w:r>
      <w:r w:rsidR="006848C6">
        <w:rPr>
          <w:rFonts w:ascii="Arial" w:hAnsi="Arial" w:cs="Arial"/>
          <w:b w:val="0"/>
          <w:lang w:val="hr-HR"/>
        </w:rPr>
        <w:t xml:space="preserve"> i </w:t>
      </w:r>
      <w:r w:rsidR="00ED6B6E" w:rsidRPr="00ED6B6E">
        <w:rPr>
          <w:rFonts w:ascii="Arial" w:hAnsi="Arial" w:cs="Arial"/>
          <w:b w:val="0"/>
          <w:lang w:val="hr-HR"/>
        </w:rPr>
        <w:t xml:space="preserve">članka </w:t>
      </w:r>
      <w:r w:rsidRPr="00A63BD0">
        <w:rPr>
          <w:rFonts w:ascii="Arial" w:hAnsi="Arial" w:cs="Arial"/>
          <w:b w:val="0"/>
          <w:lang w:val="hr-HR"/>
        </w:rPr>
        <w:t>11. ovog Pravilnika može od gospodarskih subjekata tražiti jamstvo za ozbiljnost ponude, jamstvo za uredno ispunjenje ugovora, jamstvo za otklanjanje nedostataka u jamstvenom roku i jamstvo o osiguranju za pokriće odgovornosti iz djelatnosti.</w:t>
      </w:r>
    </w:p>
    <w:p w14:paraId="6C42D233" w14:textId="55260F8D" w:rsidR="0017255B" w:rsidRPr="00A63BD0" w:rsidRDefault="0017255B" w:rsidP="0017255B">
      <w:pPr>
        <w:pStyle w:val="Article"/>
        <w:ind w:firstLine="567"/>
        <w:jc w:val="both"/>
        <w:rPr>
          <w:rFonts w:ascii="Arial" w:hAnsi="Arial" w:cs="Arial"/>
          <w:b w:val="0"/>
          <w:lang w:val="hr-HR"/>
        </w:rPr>
      </w:pPr>
      <w:r w:rsidRPr="00A63BD0">
        <w:rPr>
          <w:rFonts w:ascii="Arial" w:hAnsi="Arial" w:cs="Arial"/>
          <w:b w:val="0"/>
          <w:lang w:val="hr-HR"/>
        </w:rPr>
        <w:t>Naručitelj će u pozivu za dostavu ponude</w:t>
      </w:r>
      <w:r w:rsidR="00CA2943" w:rsidRPr="00A63BD0">
        <w:rPr>
          <w:rFonts w:ascii="Arial" w:hAnsi="Arial" w:cs="Arial"/>
          <w:b w:val="0"/>
          <w:lang w:val="hr-HR"/>
        </w:rPr>
        <w:t>, odnosno dokumentaciji o nabavi</w:t>
      </w:r>
      <w:r w:rsidRPr="00A63BD0">
        <w:rPr>
          <w:rFonts w:ascii="Arial" w:hAnsi="Arial" w:cs="Arial"/>
          <w:b w:val="0"/>
          <w:lang w:val="hr-HR"/>
        </w:rPr>
        <w:t xml:space="preserve"> odrediti razloge isključenja i uvjete sposobnosti koje gospodarski subjekt mora ispuniti u predmetnom postupku jednostavne nabave.</w:t>
      </w:r>
    </w:p>
    <w:p w14:paraId="428FA75E" w14:textId="35CA82CC" w:rsidR="0017255B" w:rsidRPr="00A63BD0" w:rsidRDefault="0017255B" w:rsidP="0017255B">
      <w:pPr>
        <w:pStyle w:val="Article"/>
        <w:rPr>
          <w:rFonts w:ascii="Arial" w:hAnsi="Arial" w:cs="Arial"/>
          <w:lang w:val="hr-HR"/>
        </w:rPr>
      </w:pPr>
      <w:r w:rsidRPr="00A63BD0">
        <w:rPr>
          <w:rFonts w:ascii="Arial" w:hAnsi="Arial" w:cs="Arial"/>
          <w:lang w:val="hr-HR"/>
        </w:rPr>
        <w:t>Članak 1</w:t>
      </w:r>
      <w:r w:rsidR="000D6A89">
        <w:rPr>
          <w:rFonts w:ascii="Arial" w:hAnsi="Arial" w:cs="Arial"/>
          <w:lang w:val="hr-HR"/>
        </w:rPr>
        <w:t>4</w:t>
      </w:r>
      <w:r w:rsidRPr="00A63BD0">
        <w:rPr>
          <w:rFonts w:ascii="Arial" w:hAnsi="Arial" w:cs="Arial"/>
          <w:lang w:val="hr-HR"/>
        </w:rPr>
        <w:t>.</w:t>
      </w:r>
    </w:p>
    <w:p w14:paraId="6D181321" w14:textId="2A9CF725" w:rsidR="0017255B" w:rsidRPr="00A63BD0" w:rsidRDefault="0017255B" w:rsidP="0017255B">
      <w:pPr>
        <w:ind w:firstLine="567"/>
        <w:rPr>
          <w:rFonts w:ascii="Arial" w:hAnsi="Arial" w:cs="Arial"/>
          <w:lang w:val="hr-HR"/>
        </w:rPr>
      </w:pPr>
      <w:r w:rsidRPr="00A63BD0">
        <w:rPr>
          <w:rFonts w:ascii="Arial" w:hAnsi="Arial" w:cs="Arial"/>
          <w:lang w:val="hr-HR"/>
        </w:rPr>
        <w:t xml:space="preserve">Rok za dostavu ponuda mora biti primjeren predmetu nabave i ne smije biti kraći od pet dana od dana slanja ili objave poziva na dostavu ponuda, osim </w:t>
      </w:r>
      <w:r w:rsidR="00894FD8" w:rsidRPr="00A63BD0">
        <w:rPr>
          <w:rFonts w:ascii="Arial" w:hAnsi="Arial" w:cs="Arial"/>
          <w:lang w:val="hr-HR"/>
        </w:rPr>
        <w:t xml:space="preserve">ako </w:t>
      </w:r>
      <w:r w:rsidR="006848C6">
        <w:rPr>
          <w:rFonts w:ascii="Arial" w:hAnsi="Arial" w:cs="Arial"/>
          <w:lang w:val="hr-HR"/>
        </w:rPr>
        <w:t xml:space="preserve">za to </w:t>
      </w:r>
      <w:r w:rsidR="00894FD8" w:rsidRPr="00A63BD0">
        <w:rPr>
          <w:rFonts w:ascii="Arial" w:hAnsi="Arial" w:cs="Arial"/>
          <w:lang w:val="hr-HR"/>
        </w:rPr>
        <w:t>postoje opravdani razlozi</w:t>
      </w:r>
      <w:r w:rsidR="006848C6">
        <w:rPr>
          <w:rFonts w:ascii="Arial" w:hAnsi="Arial" w:cs="Arial"/>
          <w:lang w:val="hr-HR"/>
        </w:rPr>
        <w:t xml:space="preserve"> u kojem slučaju </w:t>
      </w:r>
      <w:r w:rsidR="00894FD8" w:rsidRPr="00A63BD0">
        <w:rPr>
          <w:rFonts w:ascii="Arial" w:hAnsi="Arial" w:cs="Arial"/>
          <w:lang w:val="hr-HR"/>
        </w:rPr>
        <w:t xml:space="preserve">Naručitelj može iznimno odrediti kraći rok za dostavu ponuda. </w:t>
      </w:r>
    </w:p>
    <w:p w14:paraId="26401CE5" w14:textId="6D610A38" w:rsidR="00894FD8" w:rsidRPr="00A63BD0" w:rsidRDefault="00C2070D" w:rsidP="000D6A89">
      <w:pPr>
        <w:ind w:firstLine="567"/>
        <w:rPr>
          <w:rFonts w:ascii="Arial" w:hAnsi="Arial" w:cs="Arial"/>
          <w:lang w:val="hr-HR"/>
        </w:rPr>
      </w:pPr>
      <w:r w:rsidRPr="00A63BD0">
        <w:rPr>
          <w:rFonts w:ascii="Arial" w:hAnsi="Arial" w:cs="Arial"/>
          <w:lang w:val="hr-HR"/>
        </w:rPr>
        <w:t>U roku za dostavu ponuda gospodarski subjekt može zatražiti dodatne informacije, objašnjenja i/ili izmjene u vezi s dokumentacijom</w:t>
      </w:r>
      <w:r w:rsidR="006848C6">
        <w:rPr>
          <w:rFonts w:ascii="Arial" w:hAnsi="Arial" w:cs="Arial"/>
          <w:lang w:val="hr-HR"/>
        </w:rPr>
        <w:t xml:space="preserve"> o nabavi</w:t>
      </w:r>
      <w:r w:rsidR="00894FD8" w:rsidRPr="00A63BD0">
        <w:rPr>
          <w:rFonts w:ascii="Arial" w:hAnsi="Arial" w:cs="Arial"/>
          <w:lang w:val="hr-HR"/>
        </w:rPr>
        <w:t xml:space="preserve">, a najkasnije tijekom trećeg dana prije roka za dostavu ponuda. </w:t>
      </w:r>
    </w:p>
    <w:p w14:paraId="0544FD5A" w14:textId="76566E98" w:rsidR="00C2070D" w:rsidRPr="00A63BD0" w:rsidRDefault="00894FD8" w:rsidP="00C2070D">
      <w:pPr>
        <w:ind w:firstLine="567"/>
        <w:rPr>
          <w:rFonts w:ascii="Arial" w:hAnsi="Arial" w:cs="Arial"/>
          <w:lang w:val="hr-HR"/>
        </w:rPr>
      </w:pPr>
      <w:r w:rsidRPr="00A63BD0">
        <w:rPr>
          <w:rFonts w:ascii="Arial" w:hAnsi="Arial" w:cs="Arial"/>
          <w:lang w:val="hr-HR"/>
        </w:rPr>
        <w:t xml:space="preserve">Pod uvjetom da je zahtjev dostavljen pravodobno, </w:t>
      </w:r>
      <w:r w:rsidR="00C2070D" w:rsidRPr="00A63BD0">
        <w:rPr>
          <w:rFonts w:ascii="Arial" w:hAnsi="Arial" w:cs="Arial"/>
          <w:lang w:val="hr-HR"/>
        </w:rPr>
        <w:t xml:space="preserve">Naručitelj je obvezan odgovor, dodatne informacije i objašnjenja </w:t>
      </w:r>
      <w:r w:rsidRPr="00A63BD0">
        <w:rPr>
          <w:rFonts w:ascii="Arial" w:hAnsi="Arial" w:cs="Arial"/>
          <w:lang w:val="hr-HR"/>
        </w:rPr>
        <w:t>staviti na raspolaganje najkasnije jedan dan prije isteka roka za dostavu ponuda.</w:t>
      </w:r>
    </w:p>
    <w:p w14:paraId="25345691" w14:textId="562F26A8" w:rsidR="00894FD8" w:rsidRPr="00A63BD0" w:rsidRDefault="00894FD8" w:rsidP="00894FD8">
      <w:pPr>
        <w:ind w:firstLine="567"/>
        <w:rPr>
          <w:rFonts w:ascii="Arial" w:hAnsi="Arial" w:cs="Arial"/>
          <w:lang w:val="hr-HR"/>
        </w:rPr>
      </w:pPr>
      <w:r w:rsidRPr="00A63BD0">
        <w:rPr>
          <w:rFonts w:ascii="Arial" w:hAnsi="Arial" w:cs="Arial"/>
          <w:lang w:val="hr-HR"/>
        </w:rPr>
        <w:t>Dodatne informacije, objašnjenja i/ili izmjene dokumentacije stavljaju se na raspolaganje gospodarskim subjektima na isti način kao i osnovna dokumentacija</w:t>
      </w:r>
      <w:r w:rsidR="006848C6">
        <w:rPr>
          <w:rFonts w:ascii="Arial" w:hAnsi="Arial" w:cs="Arial"/>
          <w:lang w:val="hr-HR"/>
        </w:rPr>
        <w:t xml:space="preserve"> o nabavi</w:t>
      </w:r>
      <w:r w:rsidRPr="00A63BD0">
        <w:rPr>
          <w:rFonts w:ascii="Arial" w:hAnsi="Arial" w:cs="Arial"/>
          <w:lang w:val="hr-HR"/>
        </w:rPr>
        <w:t>.</w:t>
      </w:r>
    </w:p>
    <w:p w14:paraId="21972177" w14:textId="21F69341" w:rsidR="00E5271B" w:rsidRPr="00A63BD0" w:rsidRDefault="00C2070D" w:rsidP="00E5271B">
      <w:pPr>
        <w:ind w:firstLine="567"/>
        <w:rPr>
          <w:rFonts w:ascii="Arial" w:hAnsi="Arial" w:cs="Arial"/>
          <w:lang w:val="hr-HR"/>
        </w:rPr>
      </w:pPr>
      <w:r w:rsidRPr="00A63BD0">
        <w:rPr>
          <w:rFonts w:ascii="Arial" w:hAnsi="Arial" w:cs="Arial"/>
          <w:lang w:val="hr-HR"/>
        </w:rPr>
        <w:t>Tijekom roka za dostavu ponuda Naručitelj može izmijeniti ili dopuniti dokumentaciju</w:t>
      </w:r>
      <w:r w:rsidR="006848C6">
        <w:rPr>
          <w:rFonts w:ascii="Arial" w:hAnsi="Arial" w:cs="Arial"/>
          <w:lang w:val="hr-HR"/>
        </w:rPr>
        <w:t xml:space="preserve"> o nabavi</w:t>
      </w:r>
      <w:r w:rsidRPr="00A63BD0">
        <w:rPr>
          <w:rFonts w:ascii="Arial" w:hAnsi="Arial" w:cs="Arial"/>
          <w:lang w:val="hr-HR"/>
        </w:rPr>
        <w:t>.</w:t>
      </w:r>
      <w:r w:rsidR="00894FD8" w:rsidRPr="00A63BD0">
        <w:rPr>
          <w:rFonts w:ascii="Arial" w:hAnsi="Arial" w:cs="Arial"/>
          <w:lang w:val="hr-HR"/>
        </w:rPr>
        <w:t xml:space="preserve"> </w:t>
      </w:r>
      <w:r w:rsidRPr="00A63BD0">
        <w:rPr>
          <w:rFonts w:ascii="Arial" w:hAnsi="Arial" w:cs="Arial"/>
          <w:lang w:val="hr-HR"/>
        </w:rPr>
        <w:t xml:space="preserve">U slučaju </w:t>
      </w:r>
      <w:r w:rsidR="00894FD8" w:rsidRPr="00A63BD0">
        <w:rPr>
          <w:rFonts w:ascii="Arial" w:hAnsi="Arial" w:cs="Arial"/>
          <w:lang w:val="hr-HR"/>
        </w:rPr>
        <w:t>bitne izmjene Poziva za dostavu ponude, odnosno dokumentacije o nabavi</w:t>
      </w:r>
      <w:r w:rsidRPr="00A63BD0">
        <w:rPr>
          <w:rFonts w:ascii="Arial" w:hAnsi="Arial" w:cs="Arial"/>
          <w:lang w:val="hr-HR"/>
        </w:rPr>
        <w:t xml:space="preserve">, Naručitelj je obvezan produžiti rok za podnošenje ponuda za najmanje </w:t>
      </w:r>
      <w:r w:rsidR="0068424C">
        <w:rPr>
          <w:rFonts w:ascii="Arial" w:hAnsi="Arial" w:cs="Arial"/>
          <w:lang w:val="hr-HR"/>
        </w:rPr>
        <w:t>tri</w:t>
      </w:r>
      <w:r w:rsidR="00894FD8" w:rsidRPr="00A63BD0">
        <w:rPr>
          <w:rFonts w:ascii="Arial" w:hAnsi="Arial" w:cs="Arial"/>
          <w:lang w:val="hr-HR"/>
        </w:rPr>
        <w:t xml:space="preserve"> </w:t>
      </w:r>
      <w:r w:rsidRPr="00A63BD0">
        <w:rPr>
          <w:rFonts w:ascii="Arial" w:hAnsi="Arial" w:cs="Arial"/>
          <w:lang w:val="hr-HR"/>
        </w:rPr>
        <w:t>dana.</w:t>
      </w:r>
    </w:p>
    <w:p w14:paraId="49222FF1" w14:textId="5DA36660" w:rsidR="00C2070D" w:rsidRPr="00A63BD0" w:rsidRDefault="00C2070D" w:rsidP="00CA2943">
      <w:pPr>
        <w:ind w:firstLine="567"/>
        <w:rPr>
          <w:rFonts w:ascii="Arial" w:hAnsi="Arial" w:cs="Arial"/>
          <w:lang w:val="hr-HR"/>
        </w:rPr>
      </w:pPr>
      <w:r w:rsidRPr="00A63BD0">
        <w:rPr>
          <w:rFonts w:ascii="Arial" w:hAnsi="Arial" w:cs="Arial"/>
          <w:lang w:val="hr-HR"/>
        </w:rPr>
        <w:t>U postupku jednostavne nabave ne provodi se javno otvaranje ponuda, osim ako je drukčije određeno dokumentacijom</w:t>
      </w:r>
      <w:r w:rsidR="0068424C">
        <w:rPr>
          <w:rFonts w:ascii="Arial" w:hAnsi="Arial" w:cs="Arial"/>
          <w:lang w:val="hr-HR"/>
        </w:rPr>
        <w:t xml:space="preserve"> o nabavi</w:t>
      </w:r>
      <w:r w:rsidRPr="00A63BD0">
        <w:rPr>
          <w:rFonts w:ascii="Arial" w:hAnsi="Arial" w:cs="Arial"/>
          <w:lang w:val="hr-HR"/>
        </w:rPr>
        <w:t>.</w:t>
      </w:r>
    </w:p>
    <w:p w14:paraId="3C34977B" w14:textId="75AC497E" w:rsidR="0017255B" w:rsidRPr="00A63BD0" w:rsidRDefault="0017255B" w:rsidP="0017255B">
      <w:pPr>
        <w:pStyle w:val="Article"/>
        <w:rPr>
          <w:rFonts w:ascii="Arial" w:hAnsi="Arial" w:cs="Arial"/>
          <w:lang w:val="hr-HR"/>
        </w:rPr>
      </w:pPr>
      <w:r w:rsidRPr="00A63BD0">
        <w:rPr>
          <w:rFonts w:ascii="Arial" w:hAnsi="Arial" w:cs="Arial"/>
          <w:lang w:val="hr-HR"/>
        </w:rPr>
        <w:t>Članak 1</w:t>
      </w:r>
      <w:r w:rsidR="000D6A89">
        <w:rPr>
          <w:rFonts w:ascii="Arial" w:hAnsi="Arial" w:cs="Arial"/>
          <w:lang w:val="hr-HR"/>
        </w:rPr>
        <w:t>5</w:t>
      </w:r>
      <w:r w:rsidRPr="00A63BD0">
        <w:rPr>
          <w:rFonts w:ascii="Arial" w:hAnsi="Arial" w:cs="Arial"/>
          <w:lang w:val="hr-HR"/>
        </w:rPr>
        <w:t>.</w:t>
      </w:r>
    </w:p>
    <w:p w14:paraId="4537C247" w14:textId="43825FC9" w:rsidR="0017255B" w:rsidRPr="00A63BD0" w:rsidRDefault="0017255B" w:rsidP="00C2070D">
      <w:pPr>
        <w:pStyle w:val="Article"/>
        <w:ind w:firstLine="567"/>
        <w:jc w:val="both"/>
        <w:rPr>
          <w:rFonts w:ascii="Arial" w:hAnsi="Arial" w:cs="Arial"/>
          <w:b w:val="0"/>
          <w:lang w:val="hr-HR"/>
        </w:rPr>
      </w:pPr>
      <w:r w:rsidRPr="00A63BD0">
        <w:rPr>
          <w:rFonts w:ascii="Arial" w:hAnsi="Arial" w:cs="Arial"/>
          <w:b w:val="0"/>
          <w:lang w:val="hr-HR"/>
        </w:rPr>
        <w:t>Ako su informacije ili dokumentacija koje je trebao dostaviti ponuditelj nepotpune ili pogrešne ili se takvima čine ili ako nedostaju određeni dokumenti, Naručitelj može, poštujući načela jednakog tretmana i transparentnosti, zahtijevati od ponuditelja da dopuni, razjasni, upotpuni ili dostavi nužne informacije ili dokumentaciju u primjerenom roku ne kraćem od pet dana.</w:t>
      </w:r>
      <w:r w:rsidR="00894FD8" w:rsidRPr="00A63BD0">
        <w:rPr>
          <w:rFonts w:ascii="Arial" w:hAnsi="Arial" w:cs="Arial"/>
          <w:b w:val="0"/>
          <w:lang w:val="hr-HR"/>
        </w:rPr>
        <w:t xml:space="preserve"> Navedeno postupanje ne smije dovesti do pregovaranja vezano uz kriterij za odabir ponude.</w:t>
      </w:r>
    </w:p>
    <w:p w14:paraId="4D8DCCC6" w14:textId="3B5D98EA" w:rsidR="00C2070D" w:rsidRPr="00A63BD0" w:rsidRDefault="00C2070D" w:rsidP="00C2070D">
      <w:pPr>
        <w:pStyle w:val="Article"/>
        <w:rPr>
          <w:rFonts w:ascii="Arial" w:hAnsi="Arial" w:cs="Arial"/>
          <w:lang w:val="hr-HR"/>
        </w:rPr>
      </w:pPr>
      <w:r w:rsidRPr="00A63BD0">
        <w:rPr>
          <w:rFonts w:ascii="Arial" w:hAnsi="Arial" w:cs="Arial"/>
          <w:lang w:val="hr-HR"/>
        </w:rPr>
        <w:t>Članak 1</w:t>
      </w:r>
      <w:r w:rsidR="000D6A89">
        <w:rPr>
          <w:rFonts w:ascii="Arial" w:hAnsi="Arial" w:cs="Arial"/>
          <w:lang w:val="hr-HR"/>
        </w:rPr>
        <w:t>6</w:t>
      </w:r>
      <w:r w:rsidRPr="00A63BD0">
        <w:rPr>
          <w:rFonts w:ascii="Arial" w:hAnsi="Arial" w:cs="Arial"/>
          <w:lang w:val="hr-HR"/>
        </w:rPr>
        <w:t>.</w:t>
      </w:r>
    </w:p>
    <w:p w14:paraId="12E04167" w14:textId="0F6364F7" w:rsidR="00C54CDF" w:rsidRPr="00A63BD0" w:rsidRDefault="00432A0B">
      <w:pPr>
        <w:ind w:firstLine="567"/>
        <w:rPr>
          <w:rFonts w:ascii="Arial" w:hAnsi="Arial" w:cs="Arial"/>
          <w:lang w:val="hr-HR"/>
        </w:rPr>
      </w:pPr>
      <w:r w:rsidRPr="00A63BD0">
        <w:rPr>
          <w:rFonts w:ascii="Arial" w:hAnsi="Arial" w:cs="Arial"/>
          <w:lang w:val="hr-HR"/>
        </w:rPr>
        <w:t>Kriterij za odabir ponuda u postupku jednostavne nabave može biti</w:t>
      </w:r>
      <w:r w:rsidR="00832796" w:rsidRPr="00A63BD0">
        <w:rPr>
          <w:rFonts w:ascii="Arial" w:hAnsi="Arial" w:cs="Arial"/>
          <w:lang w:val="hr-HR"/>
        </w:rPr>
        <w:t xml:space="preserve"> najniža cijena ili ekonomski najpovoljnija ponuda. </w:t>
      </w:r>
    </w:p>
    <w:p w14:paraId="0FC2A490" w14:textId="1DD7EFC8" w:rsidR="00E5271B" w:rsidRPr="00A63BD0" w:rsidRDefault="00E5271B">
      <w:pPr>
        <w:ind w:firstLine="567"/>
        <w:rPr>
          <w:rFonts w:ascii="Arial" w:hAnsi="Arial" w:cs="Arial"/>
          <w:lang w:val="hr-HR"/>
        </w:rPr>
      </w:pPr>
      <w:r w:rsidRPr="00A63BD0">
        <w:rPr>
          <w:rFonts w:ascii="Arial" w:hAnsi="Arial" w:cs="Arial"/>
          <w:lang w:val="hr-HR"/>
        </w:rPr>
        <w:t xml:space="preserve">Ako su dvije ili više valjanih ponuda jednako rangirane prema kriteriju za odabir ponude, Naručitelj će odabrati ponudu koja je zaprimljena ranije. </w:t>
      </w:r>
    </w:p>
    <w:p w14:paraId="1CCBA792" w14:textId="34FD3C67" w:rsidR="00C2070D" w:rsidRPr="00A63BD0" w:rsidRDefault="00C2070D" w:rsidP="00C2070D">
      <w:pPr>
        <w:pStyle w:val="Article"/>
        <w:rPr>
          <w:rFonts w:ascii="Arial" w:hAnsi="Arial" w:cs="Arial"/>
          <w:lang w:val="hr-HR"/>
        </w:rPr>
      </w:pPr>
      <w:r w:rsidRPr="00A63BD0">
        <w:rPr>
          <w:rFonts w:ascii="Arial" w:hAnsi="Arial" w:cs="Arial"/>
          <w:lang w:val="hr-HR"/>
        </w:rPr>
        <w:t>Članak 1</w:t>
      </w:r>
      <w:r w:rsidR="000D6A89">
        <w:rPr>
          <w:rFonts w:ascii="Arial" w:hAnsi="Arial" w:cs="Arial"/>
          <w:lang w:val="hr-HR"/>
        </w:rPr>
        <w:t>7</w:t>
      </w:r>
      <w:r w:rsidRPr="00A63BD0">
        <w:rPr>
          <w:rFonts w:ascii="Arial" w:hAnsi="Arial" w:cs="Arial"/>
          <w:lang w:val="hr-HR"/>
        </w:rPr>
        <w:t>.</w:t>
      </w:r>
    </w:p>
    <w:p w14:paraId="37764B47" w14:textId="10436A32" w:rsidR="004A279A" w:rsidRPr="00A63BD0" w:rsidRDefault="001516FA" w:rsidP="004A279A">
      <w:pPr>
        <w:ind w:firstLine="567"/>
        <w:rPr>
          <w:rFonts w:ascii="Arial" w:hAnsi="Arial" w:cs="Arial"/>
          <w:lang w:val="hr-HR"/>
        </w:rPr>
      </w:pPr>
      <w:r w:rsidRPr="00A63BD0">
        <w:rPr>
          <w:rFonts w:ascii="Arial" w:hAnsi="Arial" w:cs="Arial"/>
          <w:lang w:val="hr-HR"/>
        </w:rPr>
        <w:t>Ovlašteni predstavnici N</w:t>
      </w:r>
      <w:r w:rsidR="0096753B" w:rsidRPr="00A63BD0">
        <w:rPr>
          <w:rFonts w:ascii="Arial" w:hAnsi="Arial" w:cs="Arial"/>
          <w:lang w:val="hr-HR"/>
        </w:rPr>
        <w:t>aručitelja</w:t>
      </w:r>
      <w:r w:rsidR="00432A0B" w:rsidRPr="00A63BD0">
        <w:rPr>
          <w:rFonts w:ascii="Arial" w:hAnsi="Arial" w:cs="Arial"/>
          <w:lang w:val="hr-HR"/>
        </w:rPr>
        <w:t xml:space="preserve"> za provedbu postupka jednostavne nabave provod</w:t>
      </w:r>
      <w:r w:rsidR="00894FD8" w:rsidRPr="00A63BD0">
        <w:rPr>
          <w:rFonts w:ascii="Arial" w:hAnsi="Arial" w:cs="Arial"/>
          <w:lang w:val="hr-HR"/>
        </w:rPr>
        <w:t>e</w:t>
      </w:r>
      <w:r w:rsidR="00432A0B" w:rsidRPr="00A63BD0">
        <w:rPr>
          <w:rFonts w:ascii="Arial" w:hAnsi="Arial" w:cs="Arial"/>
          <w:lang w:val="hr-HR"/>
        </w:rPr>
        <w:t xml:space="preserve"> pregled i ocjenu pristiglih ponuda, </w:t>
      </w:r>
      <w:r w:rsidR="00894FD8" w:rsidRPr="00A63BD0">
        <w:rPr>
          <w:rFonts w:ascii="Arial" w:hAnsi="Arial" w:cs="Arial"/>
          <w:lang w:val="hr-HR"/>
        </w:rPr>
        <w:t xml:space="preserve">utvrđuju računsku ispravnost ponuda te po potrebi traže prihvat računske pogreške, </w:t>
      </w:r>
      <w:r w:rsidR="00432A0B" w:rsidRPr="00A63BD0">
        <w:rPr>
          <w:rFonts w:ascii="Arial" w:hAnsi="Arial" w:cs="Arial"/>
          <w:lang w:val="hr-HR"/>
        </w:rPr>
        <w:t>sastavlja</w:t>
      </w:r>
      <w:r w:rsidR="00894FD8" w:rsidRPr="00A63BD0">
        <w:rPr>
          <w:rFonts w:ascii="Arial" w:hAnsi="Arial" w:cs="Arial"/>
          <w:lang w:val="hr-HR"/>
        </w:rPr>
        <w:t>ju i potpisuju</w:t>
      </w:r>
      <w:r w:rsidR="00432A0B" w:rsidRPr="00A63BD0">
        <w:rPr>
          <w:rFonts w:ascii="Arial" w:hAnsi="Arial" w:cs="Arial"/>
          <w:lang w:val="hr-HR"/>
        </w:rPr>
        <w:t xml:space="preserve"> zapisnik o otvaranju, pregledu i ocjeni ponuda te </w:t>
      </w:r>
      <w:r w:rsidR="004A279A" w:rsidRPr="00A63BD0">
        <w:rPr>
          <w:rFonts w:ascii="Arial" w:hAnsi="Arial" w:cs="Arial"/>
          <w:lang w:val="hr-HR"/>
        </w:rPr>
        <w:t xml:space="preserve">predlažu </w:t>
      </w:r>
      <w:r w:rsidR="00C517D8">
        <w:rPr>
          <w:rFonts w:ascii="Arial" w:hAnsi="Arial" w:cs="Arial"/>
          <w:lang w:val="hr-HR"/>
        </w:rPr>
        <w:t>Upravnom vijeću</w:t>
      </w:r>
      <w:r w:rsidR="004A279A" w:rsidRPr="00A63BD0">
        <w:rPr>
          <w:rFonts w:ascii="Arial" w:hAnsi="Arial" w:cs="Arial"/>
          <w:lang w:val="hr-HR"/>
        </w:rPr>
        <w:t xml:space="preserve"> </w:t>
      </w:r>
      <w:r w:rsidR="0068424C">
        <w:rPr>
          <w:rFonts w:ascii="Arial" w:hAnsi="Arial" w:cs="Arial"/>
          <w:lang w:val="hr-HR"/>
        </w:rPr>
        <w:t xml:space="preserve">Naručitelja </w:t>
      </w:r>
      <w:r w:rsidR="004A279A" w:rsidRPr="00A63BD0">
        <w:rPr>
          <w:rFonts w:ascii="Arial" w:hAnsi="Arial" w:cs="Arial"/>
          <w:lang w:val="hr-HR"/>
        </w:rPr>
        <w:t>donošenje</w:t>
      </w:r>
      <w:r w:rsidR="00432A0B" w:rsidRPr="00A63BD0">
        <w:rPr>
          <w:rFonts w:ascii="Arial" w:hAnsi="Arial" w:cs="Arial"/>
          <w:lang w:val="hr-HR"/>
        </w:rPr>
        <w:t xml:space="preserve"> </w:t>
      </w:r>
      <w:r w:rsidR="00C517D8">
        <w:rPr>
          <w:rFonts w:ascii="Arial" w:hAnsi="Arial" w:cs="Arial"/>
          <w:lang w:val="hr-HR"/>
        </w:rPr>
        <w:t>O</w:t>
      </w:r>
      <w:r w:rsidR="00432A0B" w:rsidRPr="00A63BD0">
        <w:rPr>
          <w:rFonts w:ascii="Arial" w:hAnsi="Arial" w:cs="Arial"/>
          <w:lang w:val="hr-HR"/>
        </w:rPr>
        <w:t xml:space="preserve">dluke o odabiru ili </w:t>
      </w:r>
      <w:r w:rsidR="00C517D8">
        <w:rPr>
          <w:rFonts w:ascii="Arial" w:hAnsi="Arial" w:cs="Arial"/>
          <w:lang w:val="hr-HR"/>
        </w:rPr>
        <w:t>O</w:t>
      </w:r>
      <w:r w:rsidR="00432A0B" w:rsidRPr="00A63BD0">
        <w:rPr>
          <w:rFonts w:ascii="Arial" w:hAnsi="Arial" w:cs="Arial"/>
          <w:lang w:val="hr-HR"/>
        </w:rPr>
        <w:t>dluke o poništenju</w:t>
      </w:r>
      <w:r w:rsidR="00894FD8" w:rsidRPr="00A63BD0">
        <w:rPr>
          <w:rFonts w:ascii="Arial" w:hAnsi="Arial" w:cs="Arial"/>
          <w:lang w:val="hr-HR"/>
        </w:rPr>
        <w:t xml:space="preserve"> postupka</w:t>
      </w:r>
      <w:r w:rsidR="00432A0B" w:rsidRPr="00A63BD0">
        <w:rPr>
          <w:rFonts w:ascii="Arial" w:hAnsi="Arial" w:cs="Arial"/>
          <w:lang w:val="hr-HR"/>
        </w:rPr>
        <w:t>.</w:t>
      </w:r>
    </w:p>
    <w:p w14:paraId="1926A6D5" w14:textId="645F77AE" w:rsidR="004A279A" w:rsidRPr="00A63BD0" w:rsidRDefault="004A279A" w:rsidP="004A279A">
      <w:pPr>
        <w:ind w:firstLine="567"/>
        <w:rPr>
          <w:rFonts w:ascii="Arial" w:hAnsi="Arial" w:cs="Arial"/>
          <w:lang w:val="hr-HR"/>
        </w:rPr>
      </w:pPr>
      <w:r w:rsidRPr="00A63BD0">
        <w:rPr>
          <w:rFonts w:ascii="Arial" w:hAnsi="Arial" w:cs="Arial"/>
          <w:lang w:val="hr-HR"/>
        </w:rPr>
        <w:t>Naručitelj će odbiti ponudu za koju se pregledom i ocjenom utvrdi da je nepravilna, neprihvatljiva ili neprikladna.</w:t>
      </w:r>
    </w:p>
    <w:p w14:paraId="3BD2C00D" w14:textId="75DA856B" w:rsidR="004A279A" w:rsidRPr="00A63BD0" w:rsidRDefault="004A279A" w:rsidP="004A279A">
      <w:pPr>
        <w:ind w:firstLine="567"/>
        <w:rPr>
          <w:rFonts w:ascii="Arial" w:hAnsi="Arial" w:cs="Arial"/>
          <w:lang w:val="hr-HR"/>
        </w:rPr>
      </w:pPr>
      <w:r w:rsidRPr="00A63BD0">
        <w:rPr>
          <w:rFonts w:ascii="Arial" w:hAnsi="Arial" w:cs="Arial"/>
          <w:lang w:val="hr-HR"/>
        </w:rPr>
        <w:lastRenderedPageBreak/>
        <w:t>Nepravilna ponuda je svaka ponuda koja nije sukladna Pozivu za dostavu ponuda, odnosno dokumentaciji o nabavi, ili je primljena izvan roka za dostavu ponuda, ili postoje dokazi o tajnom sporazumu ili korupciji, ili nije rezultat tržišnog natjecanja, ili je Naručitelj utvrdio da je cijena ponude izuzetno niska, ili ponuda ponuditelja koji ne prihvati ispravak računske pogreške.</w:t>
      </w:r>
    </w:p>
    <w:p w14:paraId="7065549B" w14:textId="2053E624" w:rsidR="004A279A" w:rsidRPr="00A63BD0" w:rsidRDefault="004A279A" w:rsidP="004A279A">
      <w:pPr>
        <w:ind w:firstLine="567"/>
        <w:rPr>
          <w:rFonts w:ascii="Arial" w:hAnsi="Arial" w:cs="Arial"/>
          <w:lang w:val="hr-HR"/>
        </w:rPr>
      </w:pPr>
      <w:r w:rsidRPr="00A63BD0">
        <w:rPr>
          <w:rFonts w:ascii="Arial" w:hAnsi="Arial" w:cs="Arial"/>
          <w:lang w:val="hr-HR"/>
        </w:rPr>
        <w:t>Neprihvatljiva ponuda je svaka ponuda čija cijena prelazi procijenjenu vrijednost nabave, odnosno osigurana novčana sredstva naručitelja za nabavu ili ponuda ponuditelja koji ne ispunjava kriterije za kvalitativni odabir gospodarskog subjekta i ponuda ponuditelja za kojeg se utvrdi da je u sukobu interesa sukladno odredbama ZJN.</w:t>
      </w:r>
    </w:p>
    <w:p w14:paraId="5D8AC104" w14:textId="5E516329" w:rsidR="004A279A" w:rsidRPr="00A63BD0" w:rsidRDefault="004A279A" w:rsidP="0068424C">
      <w:pPr>
        <w:ind w:firstLine="567"/>
        <w:rPr>
          <w:rFonts w:ascii="Arial" w:hAnsi="Arial" w:cs="Arial"/>
          <w:lang w:val="hr-HR"/>
        </w:rPr>
      </w:pPr>
      <w:r w:rsidRPr="00A63BD0">
        <w:rPr>
          <w:rFonts w:ascii="Arial" w:hAnsi="Arial" w:cs="Arial"/>
          <w:lang w:val="hr-HR"/>
        </w:rPr>
        <w:t>Neprikladna ponuda je svaka ponuda koja nije relevantna za ugovor o nabavi jer bez značajnih izmjena ne može zadovoljiti potrebe i zahtjeve naručitelja propisane dokumentacijom o nabavi.</w:t>
      </w:r>
    </w:p>
    <w:p w14:paraId="10AFCC60" w14:textId="7A959F2E" w:rsidR="004A279A" w:rsidRPr="00A63BD0" w:rsidRDefault="00432A0B" w:rsidP="00E5271B">
      <w:pPr>
        <w:pStyle w:val="Article"/>
        <w:rPr>
          <w:rFonts w:ascii="Arial" w:hAnsi="Arial" w:cs="Arial"/>
          <w:lang w:val="hr-HR"/>
        </w:rPr>
      </w:pPr>
      <w:r w:rsidRPr="00A63BD0">
        <w:rPr>
          <w:rFonts w:ascii="Arial" w:hAnsi="Arial" w:cs="Arial"/>
          <w:lang w:val="hr-HR"/>
        </w:rPr>
        <w:t xml:space="preserve">Članak </w:t>
      </w:r>
      <w:r w:rsidR="004A279A" w:rsidRPr="00A63BD0">
        <w:rPr>
          <w:rFonts w:ascii="Arial" w:hAnsi="Arial" w:cs="Arial"/>
          <w:lang w:val="hr-HR"/>
        </w:rPr>
        <w:t>1</w:t>
      </w:r>
      <w:r w:rsidR="000D6A89">
        <w:rPr>
          <w:rFonts w:ascii="Arial" w:hAnsi="Arial" w:cs="Arial"/>
          <w:lang w:val="hr-HR"/>
        </w:rPr>
        <w:t>8</w:t>
      </w:r>
      <w:r w:rsidRPr="00A63BD0">
        <w:rPr>
          <w:rFonts w:ascii="Arial" w:hAnsi="Arial" w:cs="Arial"/>
          <w:lang w:val="hr-HR"/>
        </w:rPr>
        <w:t>.</w:t>
      </w:r>
    </w:p>
    <w:p w14:paraId="13C0F6E0" w14:textId="24F20591" w:rsidR="004A279A" w:rsidRPr="00A63BD0" w:rsidRDefault="004A279A">
      <w:pPr>
        <w:ind w:firstLine="567"/>
        <w:rPr>
          <w:rFonts w:ascii="Arial" w:hAnsi="Arial" w:cs="Arial"/>
          <w:lang w:val="hr-HR"/>
        </w:rPr>
      </w:pPr>
      <w:r w:rsidRPr="00A63BD0">
        <w:rPr>
          <w:rFonts w:ascii="Arial" w:hAnsi="Arial" w:cs="Arial"/>
          <w:lang w:val="hr-HR"/>
        </w:rPr>
        <w:t xml:space="preserve">Naručitelj može poništiti postupak jednostavne nabave ako postanu poznate okolnosti zbog kojih ne bi došlo do pokretanja postupka jednostavne nabave ili bi došlo do sadržajno drugačijeg poziva za dostavu ponude da su te okolnosti bile ranije poznate. </w:t>
      </w:r>
    </w:p>
    <w:p w14:paraId="1C510E82" w14:textId="36319119" w:rsidR="004A279A" w:rsidRDefault="004C5D58" w:rsidP="000D6A89">
      <w:pPr>
        <w:ind w:firstLine="567"/>
        <w:rPr>
          <w:rFonts w:ascii="Arial" w:hAnsi="Arial" w:cs="Arial"/>
          <w:lang w:val="hr-HR"/>
        </w:rPr>
      </w:pPr>
      <w:r w:rsidRPr="00A63BD0">
        <w:rPr>
          <w:rFonts w:ascii="Arial" w:hAnsi="Arial" w:cs="Arial"/>
          <w:lang w:val="hr-HR"/>
        </w:rPr>
        <w:t>Naručitelj</w:t>
      </w:r>
      <w:r w:rsidR="004A279A" w:rsidRPr="00A63BD0">
        <w:rPr>
          <w:rFonts w:ascii="Arial" w:hAnsi="Arial" w:cs="Arial"/>
          <w:lang w:val="hr-HR"/>
        </w:rPr>
        <w:t xml:space="preserve"> je obvezan </w:t>
      </w:r>
      <w:r w:rsidRPr="00A63BD0">
        <w:rPr>
          <w:rFonts w:ascii="Arial" w:hAnsi="Arial" w:cs="Arial"/>
          <w:lang w:val="hr-HR"/>
        </w:rPr>
        <w:t>poništiti</w:t>
      </w:r>
      <w:r w:rsidR="004A279A" w:rsidRPr="00A63BD0">
        <w:rPr>
          <w:rFonts w:ascii="Arial" w:hAnsi="Arial" w:cs="Arial"/>
          <w:lang w:val="hr-HR"/>
        </w:rPr>
        <w:t xml:space="preserve"> postupak </w:t>
      </w:r>
      <w:r w:rsidRPr="00A63BD0">
        <w:rPr>
          <w:rFonts w:ascii="Arial" w:hAnsi="Arial" w:cs="Arial"/>
          <w:lang w:val="hr-HR"/>
        </w:rPr>
        <w:t>jednostavne</w:t>
      </w:r>
      <w:r w:rsidR="004A279A" w:rsidRPr="00A63BD0">
        <w:rPr>
          <w:rFonts w:ascii="Arial" w:hAnsi="Arial" w:cs="Arial"/>
          <w:lang w:val="hr-HR"/>
        </w:rPr>
        <w:t xml:space="preserve"> na</w:t>
      </w:r>
      <w:r w:rsidRPr="00A63BD0">
        <w:rPr>
          <w:rFonts w:ascii="Arial" w:hAnsi="Arial" w:cs="Arial"/>
          <w:lang w:val="hr-HR"/>
        </w:rPr>
        <w:t>b</w:t>
      </w:r>
      <w:r w:rsidR="004A279A" w:rsidRPr="00A63BD0">
        <w:rPr>
          <w:rFonts w:ascii="Arial" w:hAnsi="Arial" w:cs="Arial"/>
          <w:lang w:val="hr-HR"/>
        </w:rPr>
        <w:t>a</w:t>
      </w:r>
      <w:r w:rsidRPr="00A63BD0">
        <w:rPr>
          <w:rFonts w:ascii="Arial" w:hAnsi="Arial" w:cs="Arial"/>
          <w:lang w:val="hr-HR"/>
        </w:rPr>
        <w:t>v</w:t>
      </w:r>
      <w:r w:rsidR="004A279A" w:rsidRPr="00A63BD0">
        <w:rPr>
          <w:rFonts w:ascii="Arial" w:hAnsi="Arial" w:cs="Arial"/>
          <w:lang w:val="hr-HR"/>
        </w:rPr>
        <w:t>e ako nije pristigla nijedna ponuda, ako nakon odbijanja</w:t>
      </w:r>
      <w:r w:rsidRPr="00A63BD0">
        <w:rPr>
          <w:rFonts w:ascii="Arial" w:hAnsi="Arial" w:cs="Arial"/>
          <w:lang w:val="hr-HR"/>
        </w:rPr>
        <w:t xml:space="preserve">/isključenja </w:t>
      </w:r>
      <w:r w:rsidR="004A279A" w:rsidRPr="00A63BD0">
        <w:rPr>
          <w:rFonts w:ascii="Arial" w:hAnsi="Arial" w:cs="Arial"/>
          <w:lang w:val="hr-HR"/>
        </w:rPr>
        <w:t xml:space="preserve">ponuda ne </w:t>
      </w:r>
      <w:r w:rsidRPr="00A63BD0">
        <w:rPr>
          <w:rFonts w:ascii="Arial" w:hAnsi="Arial" w:cs="Arial"/>
          <w:lang w:val="hr-HR"/>
        </w:rPr>
        <w:t>preostane</w:t>
      </w:r>
      <w:r w:rsidR="004A279A" w:rsidRPr="00A63BD0">
        <w:rPr>
          <w:rFonts w:ascii="Arial" w:hAnsi="Arial" w:cs="Arial"/>
          <w:lang w:val="hr-HR"/>
        </w:rPr>
        <w:t xml:space="preserve"> nijedna valjana ponuda</w:t>
      </w:r>
      <w:r w:rsidRPr="00A63BD0">
        <w:rPr>
          <w:rFonts w:ascii="Arial" w:hAnsi="Arial" w:cs="Arial"/>
          <w:lang w:val="hr-HR"/>
        </w:rPr>
        <w:t xml:space="preserve">, ako ponuda prelazi procijenjenu vrijednost, a Naručitelj ne može osigurati dodatna sredstva, ako se utvrdi sukob interesa koji se ne može na drugi način otkloniti i ako je to potrebno radi zaštite javnog interesa. </w:t>
      </w:r>
      <w:r w:rsidR="004A279A" w:rsidRPr="00A63BD0">
        <w:rPr>
          <w:rFonts w:ascii="Arial" w:hAnsi="Arial" w:cs="Arial"/>
          <w:lang w:val="hr-HR"/>
        </w:rPr>
        <w:t xml:space="preserve"> </w:t>
      </w:r>
    </w:p>
    <w:p w14:paraId="1DA6DC2E" w14:textId="77777777" w:rsidR="0068424C" w:rsidRPr="00A63BD0" w:rsidRDefault="0068424C" w:rsidP="0068424C">
      <w:pPr>
        <w:ind w:firstLine="567"/>
        <w:rPr>
          <w:rFonts w:ascii="Arial" w:hAnsi="Arial" w:cs="Arial"/>
          <w:lang w:val="hr-HR"/>
        </w:rPr>
      </w:pPr>
      <w:r w:rsidRPr="00A63BD0">
        <w:rPr>
          <w:rFonts w:ascii="Arial" w:hAnsi="Arial" w:cs="Arial"/>
          <w:lang w:val="hr-HR"/>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3FFBA3F8" w14:textId="2577F1E3" w:rsidR="0068424C" w:rsidRPr="00A63BD0" w:rsidRDefault="0068424C" w:rsidP="0068424C">
      <w:pPr>
        <w:ind w:firstLine="567"/>
        <w:rPr>
          <w:rFonts w:ascii="Arial" w:hAnsi="Arial" w:cs="Arial"/>
          <w:lang w:val="hr-HR"/>
        </w:rPr>
      </w:pPr>
      <w:r w:rsidRPr="00A63BD0">
        <w:rPr>
          <w:rFonts w:ascii="Arial" w:hAnsi="Arial" w:cs="Arial"/>
          <w:lang w:val="hr-HR"/>
        </w:rPr>
        <w:t>U slučaju da je u postupku jednostavne nabave roba i usluga cijena najpovoljnije ponude jednaka ili veća od 50.000,00 eura, odnosno u slučaju da je u postupku jednostavne nabave radova cijena najpovoljnije ponude jednaka ili veća od 100.000,00 eura, Naručitelj mora donijeti odluku o poništenju postupka jednostavne nabave.</w:t>
      </w:r>
    </w:p>
    <w:p w14:paraId="38EC17D1" w14:textId="1E4FD72F" w:rsidR="004A279A" w:rsidRPr="00A63BD0" w:rsidRDefault="00E5271B" w:rsidP="00E5271B">
      <w:pPr>
        <w:ind w:firstLine="567"/>
        <w:jc w:val="center"/>
        <w:rPr>
          <w:rFonts w:ascii="Arial" w:hAnsi="Arial" w:cs="Arial"/>
          <w:b/>
          <w:bCs/>
          <w:lang w:val="hr-HR"/>
        </w:rPr>
      </w:pPr>
      <w:r w:rsidRPr="00A63BD0">
        <w:rPr>
          <w:rFonts w:ascii="Arial" w:hAnsi="Arial" w:cs="Arial"/>
          <w:b/>
          <w:bCs/>
          <w:lang w:val="hr-HR"/>
        </w:rPr>
        <w:t xml:space="preserve">Članak </w:t>
      </w:r>
      <w:r w:rsidR="000D6A89">
        <w:rPr>
          <w:rFonts w:ascii="Arial" w:hAnsi="Arial" w:cs="Arial"/>
          <w:b/>
          <w:bCs/>
          <w:lang w:val="hr-HR"/>
        </w:rPr>
        <w:t>19</w:t>
      </w:r>
      <w:r w:rsidRPr="00A63BD0">
        <w:rPr>
          <w:rFonts w:ascii="Arial" w:hAnsi="Arial" w:cs="Arial"/>
          <w:b/>
          <w:bCs/>
          <w:lang w:val="hr-HR"/>
        </w:rPr>
        <w:t>.</w:t>
      </w:r>
    </w:p>
    <w:p w14:paraId="1B16DE69" w14:textId="4119DE3D" w:rsidR="00C54CDF" w:rsidRPr="00A63BD0" w:rsidRDefault="00E5271B">
      <w:pPr>
        <w:ind w:firstLine="567"/>
        <w:rPr>
          <w:rFonts w:ascii="Arial" w:hAnsi="Arial" w:cs="Arial"/>
          <w:highlight w:val="yellow"/>
          <w:lang w:val="hr-HR"/>
        </w:rPr>
      </w:pPr>
      <w:r w:rsidRPr="00A63BD0">
        <w:rPr>
          <w:rFonts w:ascii="Arial" w:hAnsi="Arial" w:cs="Arial"/>
          <w:lang w:val="hr-HR"/>
        </w:rPr>
        <w:t xml:space="preserve">Postupak jednostavne nabave završava se donošenjem </w:t>
      </w:r>
      <w:r w:rsidR="00432A0B" w:rsidRPr="00A63BD0">
        <w:rPr>
          <w:rFonts w:ascii="Arial" w:hAnsi="Arial" w:cs="Arial"/>
          <w:lang w:val="hr-HR"/>
        </w:rPr>
        <w:t>Odluk</w:t>
      </w:r>
      <w:r w:rsidRPr="00A63BD0">
        <w:rPr>
          <w:rFonts w:ascii="Arial" w:hAnsi="Arial" w:cs="Arial"/>
          <w:lang w:val="hr-HR"/>
        </w:rPr>
        <w:t>e</w:t>
      </w:r>
      <w:r w:rsidR="00432A0B" w:rsidRPr="00A63BD0">
        <w:rPr>
          <w:rFonts w:ascii="Arial" w:hAnsi="Arial" w:cs="Arial"/>
          <w:lang w:val="hr-HR"/>
        </w:rPr>
        <w:t xml:space="preserve"> o odabiru ili </w:t>
      </w:r>
      <w:r w:rsidRPr="00A63BD0">
        <w:rPr>
          <w:rFonts w:ascii="Arial" w:hAnsi="Arial" w:cs="Arial"/>
          <w:lang w:val="hr-HR"/>
        </w:rPr>
        <w:t>O</w:t>
      </w:r>
      <w:r w:rsidR="00432A0B" w:rsidRPr="00A63BD0">
        <w:rPr>
          <w:rFonts w:ascii="Arial" w:hAnsi="Arial" w:cs="Arial"/>
          <w:lang w:val="hr-HR"/>
        </w:rPr>
        <w:t>dluk</w:t>
      </w:r>
      <w:r w:rsidRPr="00A63BD0">
        <w:rPr>
          <w:rFonts w:ascii="Arial" w:hAnsi="Arial" w:cs="Arial"/>
          <w:lang w:val="hr-HR"/>
        </w:rPr>
        <w:t>e</w:t>
      </w:r>
      <w:r w:rsidR="00432A0B" w:rsidRPr="00A63BD0">
        <w:rPr>
          <w:rFonts w:ascii="Arial" w:hAnsi="Arial" w:cs="Arial"/>
          <w:lang w:val="hr-HR"/>
        </w:rPr>
        <w:t xml:space="preserve"> o poništenju </w:t>
      </w:r>
      <w:r w:rsidRPr="00A63BD0">
        <w:rPr>
          <w:rFonts w:ascii="Arial" w:hAnsi="Arial" w:cs="Arial"/>
          <w:lang w:val="hr-HR"/>
        </w:rPr>
        <w:t xml:space="preserve">postupka, sukladno </w:t>
      </w:r>
      <w:r w:rsidR="00432A0B" w:rsidRPr="00A63BD0">
        <w:rPr>
          <w:rFonts w:ascii="Arial" w:hAnsi="Arial" w:cs="Arial"/>
          <w:lang w:val="hr-HR"/>
        </w:rPr>
        <w:t>roku koji je određen dokumentacijom</w:t>
      </w:r>
      <w:r w:rsidRPr="00A63BD0">
        <w:rPr>
          <w:rFonts w:ascii="Arial" w:hAnsi="Arial" w:cs="Arial"/>
          <w:lang w:val="hr-HR"/>
        </w:rPr>
        <w:t xml:space="preserve"> o nabavi</w:t>
      </w:r>
      <w:r w:rsidR="00432A0B" w:rsidRPr="00A63BD0">
        <w:rPr>
          <w:rFonts w:ascii="Arial" w:hAnsi="Arial" w:cs="Arial"/>
          <w:lang w:val="hr-HR"/>
        </w:rPr>
        <w:t>.</w:t>
      </w:r>
      <w:r w:rsidRPr="00A63BD0">
        <w:rPr>
          <w:rFonts w:ascii="Arial" w:hAnsi="Arial" w:cs="Arial"/>
          <w:lang w:val="hr-HR"/>
        </w:rPr>
        <w:t xml:space="preserve"> Odluku o odabiru, odnosno Odluku o poništenju postupka donosi </w:t>
      </w:r>
      <w:r w:rsidR="0068424C">
        <w:rPr>
          <w:rFonts w:ascii="Arial" w:hAnsi="Arial" w:cs="Arial"/>
          <w:lang w:val="hr-HR"/>
        </w:rPr>
        <w:t xml:space="preserve">Upravno vijeće Naručitelja. </w:t>
      </w:r>
    </w:p>
    <w:p w14:paraId="3A1CB7F0" w14:textId="7D4A166E" w:rsidR="00624CBE" w:rsidRPr="00A63BD0" w:rsidRDefault="00432A0B" w:rsidP="00624CBE">
      <w:pPr>
        <w:ind w:firstLine="567"/>
        <w:rPr>
          <w:rFonts w:ascii="Arial" w:hAnsi="Arial" w:cs="Arial"/>
          <w:lang w:val="hr-HR"/>
        </w:rPr>
      </w:pPr>
      <w:r w:rsidRPr="0068424C">
        <w:rPr>
          <w:rFonts w:ascii="Arial" w:hAnsi="Arial" w:cs="Arial"/>
          <w:lang w:val="hr-HR"/>
        </w:rPr>
        <w:t xml:space="preserve">Uz </w:t>
      </w:r>
      <w:r w:rsidR="0068424C">
        <w:rPr>
          <w:rFonts w:ascii="Arial" w:hAnsi="Arial" w:cs="Arial"/>
          <w:lang w:val="hr-HR"/>
        </w:rPr>
        <w:t>O</w:t>
      </w:r>
      <w:r w:rsidRPr="0068424C">
        <w:rPr>
          <w:rFonts w:ascii="Arial" w:hAnsi="Arial" w:cs="Arial"/>
          <w:lang w:val="hr-HR"/>
        </w:rPr>
        <w:t>dluku iz stavka 1. ovog članka</w:t>
      </w:r>
      <w:r w:rsidR="00E5271B" w:rsidRPr="0068424C">
        <w:rPr>
          <w:rFonts w:ascii="Arial" w:hAnsi="Arial" w:cs="Arial"/>
          <w:lang w:val="hr-HR"/>
        </w:rPr>
        <w:t xml:space="preserve"> koja se </w:t>
      </w:r>
      <w:r w:rsidRPr="0068424C">
        <w:rPr>
          <w:rFonts w:ascii="Arial" w:hAnsi="Arial" w:cs="Arial"/>
          <w:lang w:val="hr-HR"/>
        </w:rPr>
        <w:t xml:space="preserve">objavljuje </w:t>
      </w:r>
      <w:r w:rsidR="00E5271B" w:rsidRPr="0068424C">
        <w:rPr>
          <w:rFonts w:ascii="Arial" w:hAnsi="Arial" w:cs="Arial"/>
          <w:lang w:val="hr-HR"/>
        </w:rPr>
        <w:t xml:space="preserve">u EOJN </w:t>
      </w:r>
      <w:r w:rsidRPr="0068424C">
        <w:rPr>
          <w:rFonts w:ascii="Arial" w:hAnsi="Arial" w:cs="Arial"/>
          <w:lang w:val="hr-HR"/>
        </w:rPr>
        <w:t>ili dostavlja</w:t>
      </w:r>
      <w:r w:rsidR="00E5271B" w:rsidRPr="0068424C">
        <w:rPr>
          <w:rFonts w:ascii="Arial" w:hAnsi="Arial" w:cs="Arial"/>
          <w:lang w:val="hr-HR"/>
        </w:rPr>
        <w:t xml:space="preserve"> elektroničkim putem </w:t>
      </w:r>
      <w:r w:rsidR="00C517D8">
        <w:rPr>
          <w:rFonts w:ascii="Arial" w:hAnsi="Arial" w:cs="Arial"/>
          <w:lang w:val="hr-HR"/>
        </w:rPr>
        <w:t xml:space="preserve">ponuditeljima </w:t>
      </w:r>
      <w:r w:rsidR="00E5271B" w:rsidRPr="0068424C">
        <w:rPr>
          <w:rFonts w:ascii="Arial" w:hAnsi="Arial" w:cs="Arial"/>
          <w:lang w:val="hr-HR"/>
        </w:rPr>
        <w:t xml:space="preserve">ukoliko se radi o postupku nabave iz članka </w:t>
      </w:r>
      <w:r w:rsidR="0068424C" w:rsidRPr="0068424C">
        <w:rPr>
          <w:rFonts w:ascii="Arial" w:hAnsi="Arial" w:cs="Arial"/>
          <w:lang w:val="hr-HR"/>
        </w:rPr>
        <w:t xml:space="preserve">8. stavak 4. </w:t>
      </w:r>
      <w:r w:rsidR="00E5271B" w:rsidRPr="0068424C">
        <w:rPr>
          <w:rFonts w:ascii="Arial" w:hAnsi="Arial" w:cs="Arial"/>
          <w:lang w:val="hr-HR"/>
        </w:rPr>
        <w:t>ovog Pravilnika, dostavlja se i</w:t>
      </w:r>
      <w:r w:rsidRPr="0068424C">
        <w:rPr>
          <w:rFonts w:ascii="Arial" w:hAnsi="Arial" w:cs="Arial"/>
          <w:lang w:val="hr-HR"/>
        </w:rPr>
        <w:t xml:space="preserve"> zapisnik o </w:t>
      </w:r>
      <w:r w:rsidR="00E5271B" w:rsidRPr="0068424C">
        <w:rPr>
          <w:rFonts w:ascii="Arial" w:hAnsi="Arial" w:cs="Arial"/>
          <w:lang w:val="hr-HR"/>
        </w:rPr>
        <w:t xml:space="preserve">otvaranju, </w:t>
      </w:r>
      <w:r w:rsidRPr="0068424C">
        <w:rPr>
          <w:rFonts w:ascii="Arial" w:hAnsi="Arial" w:cs="Arial"/>
          <w:lang w:val="hr-HR"/>
        </w:rPr>
        <w:t>pregledu i ocjeni ponuda.</w:t>
      </w:r>
    </w:p>
    <w:p w14:paraId="7868286D" w14:textId="7783C22B" w:rsidR="00C54CDF" w:rsidRPr="00A63BD0" w:rsidRDefault="00432A0B">
      <w:pPr>
        <w:ind w:firstLine="567"/>
        <w:rPr>
          <w:rFonts w:ascii="Arial" w:hAnsi="Arial" w:cs="Arial"/>
          <w:lang w:val="hr-HR"/>
        </w:rPr>
      </w:pPr>
      <w:r w:rsidRPr="00A63BD0">
        <w:rPr>
          <w:rFonts w:ascii="Arial" w:hAnsi="Arial" w:cs="Arial"/>
          <w:lang w:val="hr-HR"/>
        </w:rPr>
        <w:t xml:space="preserve">Nakon donošenja </w:t>
      </w:r>
      <w:r w:rsidR="0068424C">
        <w:rPr>
          <w:rFonts w:ascii="Arial" w:hAnsi="Arial" w:cs="Arial"/>
          <w:lang w:val="hr-HR"/>
        </w:rPr>
        <w:t>O</w:t>
      </w:r>
      <w:r w:rsidRPr="00A63BD0">
        <w:rPr>
          <w:rFonts w:ascii="Arial" w:hAnsi="Arial" w:cs="Arial"/>
          <w:lang w:val="hr-HR"/>
        </w:rPr>
        <w:t xml:space="preserve">dluke iz stavka 1. ovog članka Naručitelj ne smije sklopiti ugovor </w:t>
      </w:r>
      <w:r w:rsidR="00E5271B" w:rsidRPr="00A63BD0">
        <w:rPr>
          <w:rFonts w:ascii="Arial" w:hAnsi="Arial" w:cs="Arial"/>
          <w:lang w:val="hr-HR"/>
        </w:rPr>
        <w:t>o nabavi</w:t>
      </w:r>
      <w:r w:rsidRPr="00A63BD0">
        <w:rPr>
          <w:rFonts w:ascii="Arial" w:hAnsi="Arial" w:cs="Arial"/>
          <w:lang w:val="hr-HR"/>
        </w:rPr>
        <w:t xml:space="preserve"> prije isteka roka mirovanja.</w:t>
      </w:r>
    </w:p>
    <w:p w14:paraId="147E7BA1" w14:textId="3F5A73A3" w:rsidR="00624CBE" w:rsidRPr="00A63BD0" w:rsidRDefault="00624CBE" w:rsidP="00624CBE">
      <w:pPr>
        <w:ind w:firstLine="567"/>
        <w:rPr>
          <w:rFonts w:ascii="Arial" w:hAnsi="Arial" w:cs="Arial"/>
          <w:lang w:val="hr-HR"/>
        </w:rPr>
      </w:pPr>
      <w:r w:rsidRPr="00A63BD0">
        <w:rPr>
          <w:rFonts w:ascii="Arial" w:hAnsi="Arial" w:cs="Arial"/>
          <w:lang w:val="hr-HR"/>
        </w:rPr>
        <w:t xml:space="preserve">Odluka o odabiru odnosno </w:t>
      </w:r>
      <w:r w:rsidR="00164FC8">
        <w:rPr>
          <w:rFonts w:ascii="Arial" w:hAnsi="Arial" w:cs="Arial"/>
          <w:lang w:val="hr-HR"/>
        </w:rPr>
        <w:t>O</w:t>
      </w:r>
      <w:r w:rsidRPr="00A63BD0">
        <w:rPr>
          <w:rFonts w:ascii="Arial" w:hAnsi="Arial" w:cs="Arial"/>
          <w:lang w:val="hr-HR"/>
        </w:rPr>
        <w:t>dluka o poništenju postaje izvršna:</w:t>
      </w:r>
    </w:p>
    <w:p w14:paraId="74596378" w14:textId="6051D3F7" w:rsidR="00624CBE" w:rsidRPr="00A63BD0" w:rsidRDefault="00624CBE" w:rsidP="00624CBE">
      <w:pPr>
        <w:rPr>
          <w:rFonts w:ascii="Arial" w:hAnsi="Arial" w:cs="Arial"/>
          <w:lang w:val="hr-HR"/>
        </w:rPr>
      </w:pPr>
      <w:r w:rsidRPr="00A63BD0">
        <w:rPr>
          <w:rFonts w:ascii="Arial" w:hAnsi="Arial" w:cs="Arial"/>
          <w:lang w:val="hr-HR"/>
        </w:rPr>
        <w:t>- objavom Odluke o odabiru u slučaju da je pristigla samo jedna ponuda, odnosno objavom Odluke o poništenju postupka ako nije pristigla nijedna ponuda</w:t>
      </w:r>
    </w:p>
    <w:p w14:paraId="1459B736" w14:textId="32850962" w:rsidR="00624CBE" w:rsidRPr="00A63BD0" w:rsidRDefault="00624CBE" w:rsidP="00624CBE">
      <w:pPr>
        <w:rPr>
          <w:rFonts w:ascii="Arial" w:hAnsi="Arial" w:cs="Arial"/>
          <w:lang w:val="hr-HR"/>
        </w:rPr>
      </w:pPr>
      <w:r w:rsidRPr="00A63BD0">
        <w:rPr>
          <w:rFonts w:ascii="Arial" w:hAnsi="Arial" w:cs="Arial"/>
          <w:lang w:val="hr-HR"/>
        </w:rPr>
        <w:t xml:space="preserve">- istekom roka za prigovor, ako prigovor nije izjavljen </w:t>
      </w:r>
    </w:p>
    <w:p w14:paraId="08D76678" w14:textId="2838271F" w:rsidR="00624CBE" w:rsidRDefault="00624CBE" w:rsidP="00624CBE">
      <w:pPr>
        <w:rPr>
          <w:rFonts w:ascii="Arial" w:hAnsi="Arial" w:cs="Arial"/>
          <w:lang w:val="hr-HR"/>
        </w:rPr>
      </w:pPr>
      <w:r w:rsidRPr="00A63BD0">
        <w:rPr>
          <w:rFonts w:ascii="Arial" w:hAnsi="Arial" w:cs="Arial"/>
          <w:lang w:val="hr-HR"/>
        </w:rPr>
        <w:t>- dostavom odluke o prigovoru Naručitelja kojom se prigovor odbacuje, odbija, ili se obustavlja postupak, ako je na Odluku izjavljen prigovor</w:t>
      </w:r>
      <w:r w:rsidR="000D6A89">
        <w:rPr>
          <w:rFonts w:ascii="Arial" w:hAnsi="Arial" w:cs="Arial"/>
          <w:lang w:val="hr-HR"/>
        </w:rPr>
        <w:t>.</w:t>
      </w:r>
    </w:p>
    <w:p w14:paraId="156D9907" w14:textId="336FEFB6" w:rsidR="00ED6B6E" w:rsidRDefault="00ED6B6E" w:rsidP="00ED6B6E">
      <w:pPr>
        <w:ind w:firstLine="720"/>
        <w:rPr>
          <w:rFonts w:ascii="Arial" w:hAnsi="Arial" w:cs="Arial"/>
          <w:lang w:val="hr-HR"/>
        </w:rPr>
      </w:pPr>
      <w:r>
        <w:rPr>
          <w:rFonts w:ascii="Arial" w:hAnsi="Arial" w:cs="Arial"/>
          <w:lang w:val="hr-HR"/>
        </w:rPr>
        <w:t xml:space="preserve">Stavak 3. i stavak 4. ovog članka ne primjenjuju se na Odluku o odabiru ili Odluku o poništenju donesenu u postupku jednostavne nabave iz članka 8. stavak 4. ovog Pravilnika. </w:t>
      </w:r>
    </w:p>
    <w:p w14:paraId="647CB7F0" w14:textId="0A17636E" w:rsidR="00C54CDF" w:rsidRPr="00A63BD0" w:rsidRDefault="00432A0B">
      <w:pPr>
        <w:pStyle w:val="Article"/>
        <w:rPr>
          <w:rFonts w:ascii="Arial" w:hAnsi="Arial" w:cs="Arial"/>
          <w:lang w:val="hr-HR"/>
        </w:rPr>
      </w:pPr>
      <w:r w:rsidRPr="00A63BD0">
        <w:rPr>
          <w:rFonts w:ascii="Arial" w:hAnsi="Arial" w:cs="Arial"/>
          <w:lang w:val="hr-HR"/>
        </w:rPr>
        <w:lastRenderedPageBreak/>
        <w:t>Članak 2</w:t>
      </w:r>
      <w:r w:rsidR="000D6A89">
        <w:rPr>
          <w:rFonts w:ascii="Arial" w:hAnsi="Arial" w:cs="Arial"/>
          <w:lang w:val="hr-HR"/>
        </w:rPr>
        <w:t>0</w:t>
      </w:r>
      <w:r w:rsidRPr="00A63BD0">
        <w:rPr>
          <w:rFonts w:ascii="Arial" w:hAnsi="Arial" w:cs="Arial"/>
          <w:lang w:val="hr-HR"/>
        </w:rPr>
        <w:t>.</w:t>
      </w:r>
    </w:p>
    <w:p w14:paraId="0F52DD1F" w14:textId="4FD8754C" w:rsidR="00C54CDF" w:rsidRDefault="00432A0B">
      <w:pPr>
        <w:ind w:firstLine="567"/>
        <w:rPr>
          <w:rFonts w:ascii="Arial" w:hAnsi="Arial" w:cs="Arial"/>
          <w:lang w:val="hr-HR"/>
        </w:rPr>
      </w:pPr>
      <w:r w:rsidRPr="00A63BD0">
        <w:rPr>
          <w:rFonts w:ascii="Arial" w:hAnsi="Arial" w:cs="Arial"/>
          <w:lang w:val="hr-HR"/>
        </w:rPr>
        <w:t>U postupcima jednostavne nabave na odgovarajući se način primjenjuju opće odredbe i odredbe o provedbi postupka pregleda i ocjene iz ZJN, ukoliko pojedina pitanja nisu uređena ovim Pravilnikom ili drugim aktom Naručitelja kojim je regulirano područje jednostavne nabave.</w:t>
      </w:r>
    </w:p>
    <w:p w14:paraId="78031266" w14:textId="77777777" w:rsidR="00D14A8F" w:rsidRPr="00A63BD0" w:rsidRDefault="00D14A8F">
      <w:pPr>
        <w:ind w:firstLine="567"/>
        <w:rPr>
          <w:rFonts w:ascii="Arial" w:hAnsi="Arial" w:cs="Arial"/>
          <w:lang w:val="hr-HR"/>
        </w:rPr>
      </w:pPr>
    </w:p>
    <w:p w14:paraId="1076C44D" w14:textId="374EBC93" w:rsidR="00D14A8F" w:rsidRPr="00D14A8F" w:rsidRDefault="00432A0B" w:rsidP="00D14A8F">
      <w:pPr>
        <w:pStyle w:val="Naslov1"/>
        <w:rPr>
          <w:rFonts w:ascii="Arial" w:hAnsi="Arial" w:cs="Arial"/>
          <w:sz w:val="22"/>
          <w:szCs w:val="22"/>
          <w:lang w:val="hr-HR"/>
        </w:rPr>
      </w:pPr>
      <w:r w:rsidRPr="00A63BD0">
        <w:rPr>
          <w:rFonts w:ascii="Arial" w:hAnsi="Arial" w:cs="Arial"/>
          <w:sz w:val="22"/>
          <w:szCs w:val="22"/>
          <w:lang w:val="hr-HR"/>
        </w:rPr>
        <w:t>SKLAPANJE I IZVRŠENJE UGOVORA</w:t>
      </w:r>
    </w:p>
    <w:p w14:paraId="1F117B0E" w14:textId="40EE9E21" w:rsidR="00C54CDF" w:rsidRPr="00A63BD0" w:rsidRDefault="00432A0B">
      <w:pPr>
        <w:pStyle w:val="Article"/>
        <w:rPr>
          <w:rFonts w:ascii="Arial" w:hAnsi="Arial" w:cs="Arial"/>
          <w:lang w:val="hr-HR"/>
        </w:rPr>
      </w:pPr>
      <w:r w:rsidRPr="00A63BD0">
        <w:rPr>
          <w:rFonts w:ascii="Arial" w:hAnsi="Arial" w:cs="Arial"/>
          <w:lang w:val="hr-HR"/>
        </w:rPr>
        <w:t>Članak 2</w:t>
      </w:r>
      <w:r w:rsidR="00ED6B6E">
        <w:rPr>
          <w:rFonts w:ascii="Arial" w:hAnsi="Arial" w:cs="Arial"/>
          <w:lang w:val="hr-HR"/>
        </w:rPr>
        <w:t>1</w:t>
      </w:r>
      <w:r w:rsidRPr="00A63BD0">
        <w:rPr>
          <w:rFonts w:ascii="Arial" w:hAnsi="Arial" w:cs="Arial"/>
          <w:lang w:val="hr-HR"/>
        </w:rPr>
        <w:t>.</w:t>
      </w:r>
    </w:p>
    <w:p w14:paraId="7CAA830D" w14:textId="0ECCD95A" w:rsidR="00C54CDF" w:rsidRPr="00A63BD0" w:rsidRDefault="00432A0B">
      <w:pPr>
        <w:ind w:firstLine="567"/>
        <w:rPr>
          <w:rFonts w:ascii="Arial" w:hAnsi="Arial" w:cs="Arial"/>
          <w:lang w:val="hr-HR"/>
        </w:rPr>
      </w:pPr>
      <w:r w:rsidRPr="00A63BD0">
        <w:rPr>
          <w:rFonts w:ascii="Arial" w:hAnsi="Arial" w:cs="Arial"/>
          <w:lang w:val="hr-HR"/>
        </w:rPr>
        <w:t xml:space="preserve">U postupku jednostavne nabave iz članka </w:t>
      </w:r>
      <w:r w:rsidR="0068424C">
        <w:rPr>
          <w:rFonts w:ascii="Arial" w:hAnsi="Arial" w:cs="Arial"/>
          <w:lang w:val="hr-HR"/>
        </w:rPr>
        <w:t>7</w:t>
      </w:r>
      <w:r w:rsidRPr="00A63BD0">
        <w:rPr>
          <w:rFonts w:ascii="Arial" w:hAnsi="Arial" w:cs="Arial"/>
          <w:lang w:val="hr-HR"/>
        </w:rPr>
        <w:t xml:space="preserve">. ovog Pravilnika </w:t>
      </w:r>
      <w:r w:rsidR="00ED6B6E">
        <w:rPr>
          <w:rFonts w:ascii="Arial" w:hAnsi="Arial" w:cs="Arial"/>
          <w:lang w:val="hr-HR"/>
        </w:rPr>
        <w:t xml:space="preserve">provodi se </w:t>
      </w:r>
      <w:r w:rsidR="00ED6B6E" w:rsidRPr="00ED6B6E">
        <w:rPr>
          <w:rFonts w:ascii="Arial" w:hAnsi="Arial" w:cs="Arial"/>
          <w:lang w:val="hr-HR"/>
        </w:rPr>
        <w:t>izravn</w:t>
      </w:r>
      <w:r w:rsidR="00ED6B6E">
        <w:rPr>
          <w:rFonts w:ascii="Arial" w:hAnsi="Arial" w:cs="Arial"/>
          <w:lang w:val="hr-HR"/>
        </w:rPr>
        <w:t>a</w:t>
      </w:r>
      <w:r w:rsidR="00ED6B6E" w:rsidRPr="00ED6B6E">
        <w:rPr>
          <w:rFonts w:ascii="Arial" w:hAnsi="Arial" w:cs="Arial"/>
          <w:lang w:val="hr-HR"/>
        </w:rPr>
        <w:t xml:space="preserve"> nabav</w:t>
      </w:r>
      <w:r w:rsidR="00ED6B6E">
        <w:rPr>
          <w:rFonts w:ascii="Arial" w:hAnsi="Arial" w:cs="Arial"/>
          <w:lang w:val="hr-HR"/>
        </w:rPr>
        <w:t>a</w:t>
      </w:r>
      <w:r w:rsidR="00ED6B6E" w:rsidRPr="00ED6B6E">
        <w:rPr>
          <w:rFonts w:ascii="Arial" w:hAnsi="Arial" w:cs="Arial"/>
          <w:lang w:val="hr-HR"/>
        </w:rPr>
        <w:t xml:space="preserve"> od jednog gospodarskog subjekta po vlastitom izboru</w:t>
      </w:r>
      <w:r w:rsidR="00ED6B6E">
        <w:rPr>
          <w:rFonts w:ascii="Arial" w:hAnsi="Arial" w:cs="Arial"/>
          <w:lang w:val="hr-HR"/>
        </w:rPr>
        <w:t>,</w:t>
      </w:r>
      <w:r w:rsidR="00ED6B6E" w:rsidRPr="00ED6B6E">
        <w:rPr>
          <w:rFonts w:ascii="Arial" w:hAnsi="Arial" w:cs="Arial"/>
          <w:lang w:val="hr-HR"/>
        </w:rPr>
        <w:t xml:space="preserve"> </w:t>
      </w:r>
      <w:r w:rsidRPr="00A63BD0">
        <w:rPr>
          <w:rFonts w:ascii="Arial" w:hAnsi="Arial" w:cs="Arial"/>
          <w:lang w:val="hr-HR"/>
        </w:rPr>
        <w:t>izdaje se narudžbenica ili se sklapa ugovor s odabranim ponuditeljem</w:t>
      </w:r>
      <w:r w:rsidR="00624CBE" w:rsidRPr="00A63BD0">
        <w:rPr>
          <w:rFonts w:ascii="Arial" w:hAnsi="Arial" w:cs="Arial"/>
          <w:lang w:val="hr-HR"/>
        </w:rPr>
        <w:t>.</w:t>
      </w:r>
    </w:p>
    <w:p w14:paraId="4B7F7EC6" w14:textId="1EA719F1" w:rsidR="00C517D8" w:rsidRDefault="00432A0B" w:rsidP="00624CBE">
      <w:pPr>
        <w:ind w:firstLine="567"/>
        <w:rPr>
          <w:rFonts w:ascii="Arial" w:hAnsi="Arial" w:cs="Arial"/>
          <w:lang w:val="hr-HR"/>
        </w:rPr>
      </w:pPr>
      <w:r w:rsidRPr="00A63BD0">
        <w:rPr>
          <w:rFonts w:ascii="Arial" w:hAnsi="Arial" w:cs="Arial"/>
          <w:lang w:val="hr-HR"/>
        </w:rPr>
        <w:t xml:space="preserve">U postupcima jednostavne nabave iz članka </w:t>
      </w:r>
      <w:r w:rsidR="00ED6B6E">
        <w:rPr>
          <w:rFonts w:ascii="Arial" w:hAnsi="Arial" w:cs="Arial"/>
          <w:lang w:val="hr-HR"/>
        </w:rPr>
        <w:t>8.</w:t>
      </w:r>
      <w:r w:rsidR="00C517D8">
        <w:rPr>
          <w:rFonts w:ascii="Arial" w:hAnsi="Arial" w:cs="Arial"/>
          <w:lang w:val="hr-HR"/>
        </w:rPr>
        <w:t>stavak 3.</w:t>
      </w:r>
      <w:r w:rsidR="00624CBE" w:rsidRPr="00A63BD0">
        <w:rPr>
          <w:rFonts w:ascii="Arial" w:hAnsi="Arial" w:cs="Arial"/>
          <w:lang w:val="hr-HR"/>
        </w:rPr>
        <w:t>,</w:t>
      </w:r>
      <w:r w:rsidR="00ED6B6E">
        <w:rPr>
          <w:rFonts w:ascii="Arial" w:hAnsi="Arial" w:cs="Arial"/>
          <w:lang w:val="hr-HR"/>
        </w:rPr>
        <w:t xml:space="preserve"> članka 9.,</w:t>
      </w:r>
      <w:r w:rsidR="00624CBE" w:rsidRPr="00A63BD0">
        <w:rPr>
          <w:rFonts w:ascii="Arial" w:hAnsi="Arial" w:cs="Arial"/>
          <w:lang w:val="hr-HR"/>
        </w:rPr>
        <w:t xml:space="preserve"> </w:t>
      </w:r>
      <w:r w:rsidR="00ED6B6E">
        <w:rPr>
          <w:rFonts w:ascii="Arial" w:hAnsi="Arial" w:cs="Arial"/>
          <w:lang w:val="hr-HR"/>
        </w:rPr>
        <w:t xml:space="preserve">članka </w:t>
      </w:r>
      <w:r w:rsidRPr="00A63BD0">
        <w:rPr>
          <w:rFonts w:ascii="Arial" w:hAnsi="Arial" w:cs="Arial"/>
          <w:lang w:val="hr-HR"/>
        </w:rPr>
        <w:t>10.</w:t>
      </w:r>
      <w:r w:rsidR="00ED6B6E">
        <w:rPr>
          <w:rFonts w:ascii="Arial" w:hAnsi="Arial" w:cs="Arial"/>
          <w:lang w:val="hr-HR"/>
        </w:rPr>
        <w:t xml:space="preserve"> i</w:t>
      </w:r>
      <w:r w:rsidR="00624CBE" w:rsidRPr="00A63BD0">
        <w:rPr>
          <w:rFonts w:ascii="Arial" w:hAnsi="Arial" w:cs="Arial"/>
          <w:lang w:val="hr-HR"/>
        </w:rPr>
        <w:t xml:space="preserve"> </w:t>
      </w:r>
      <w:r w:rsidR="00ED6B6E">
        <w:rPr>
          <w:rFonts w:ascii="Arial" w:hAnsi="Arial" w:cs="Arial"/>
          <w:lang w:val="hr-HR"/>
        </w:rPr>
        <w:t xml:space="preserve">članka </w:t>
      </w:r>
      <w:r w:rsidR="00624CBE" w:rsidRPr="00A63BD0">
        <w:rPr>
          <w:rFonts w:ascii="Arial" w:hAnsi="Arial" w:cs="Arial"/>
          <w:lang w:val="hr-HR"/>
        </w:rPr>
        <w:t xml:space="preserve">11. </w:t>
      </w:r>
      <w:r w:rsidRPr="00A63BD0">
        <w:rPr>
          <w:rFonts w:ascii="Arial" w:hAnsi="Arial" w:cs="Arial"/>
          <w:lang w:val="hr-HR"/>
        </w:rPr>
        <w:t xml:space="preserve">ovog Pravilnika s odabranim ponuditeljem sklapa se ugovor o nabavi u pisanom obliku nakon izvršnosti </w:t>
      </w:r>
      <w:r w:rsidR="00624CBE" w:rsidRPr="00A63BD0">
        <w:rPr>
          <w:rFonts w:ascii="Arial" w:hAnsi="Arial" w:cs="Arial"/>
          <w:lang w:val="hr-HR"/>
        </w:rPr>
        <w:t>O</w:t>
      </w:r>
      <w:r w:rsidRPr="00A63BD0">
        <w:rPr>
          <w:rFonts w:ascii="Arial" w:hAnsi="Arial" w:cs="Arial"/>
          <w:lang w:val="hr-HR"/>
        </w:rPr>
        <w:t>dluke o odabiru</w:t>
      </w:r>
      <w:r w:rsidR="00C517D8">
        <w:rPr>
          <w:rFonts w:ascii="Arial" w:hAnsi="Arial" w:cs="Arial"/>
          <w:lang w:val="hr-HR"/>
        </w:rPr>
        <w:t>.</w:t>
      </w:r>
    </w:p>
    <w:p w14:paraId="785F987E" w14:textId="1853792B" w:rsidR="00C517D8" w:rsidRPr="00C517D8" w:rsidRDefault="00C517D8" w:rsidP="00C517D8">
      <w:pPr>
        <w:ind w:firstLine="567"/>
        <w:rPr>
          <w:rFonts w:ascii="Arial" w:hAnsi="Arial" w:cs="Arial"/>
          <w:lang w:val="hr-HR"/>
        </w:rPr>
      </w:pPr>
      <w:r w:rsidRPr="00C517D8">
        <w:rPr>
          <w:rFonts w:ascii="Arial" w:hAnsi="Arial" w:cs="Arial"/>
          <w:lang w:val="hr-HR"/>
        </w:rPr>
        <w:t>U postup</w:t>
      </w:r>
      <w:r>
        <w:rPr>
          <w:rFonts w:ascii="Arial" w:hAnsi="Arial" w:cs="Arial"/>
          <w:lang w:val="hr-HR"/>
        </w:rPr>
        <w:t>ku</w:t>
      </w:r>
      <w:r w:rsidRPr="00C517D8">
        <w:rPr>
          <w:rFonts w:ascii="Arial" w:hAnsi="Arial" w:cs="Arial"/>
          <w:lang w:val="hr-HR"/>
        </w:rPr>
        <w:t xml:space="preserve"> jednostavne nabave</w:t>
      </w:r>
      <w:r>
        <w:rPr>
          <w:rFonts w:ascii="Arial" w:hAnsi="Arial" w:cs="Arial"/>
          <w:lang w:val="hr-HR"/>
        </w:rPr>
        <w:t xml:space="preserve"> iz članka 8. stavak 4. ovog Pravilnika Odluka </w:t>
      </w:r>
      <w:r w:rsidRPr="00C517D8">
        <w:rPr>
          <w:rFonts w:ascii="Arial" w:hAnsi="Arial" w:cs="Arial"/>
          <w:lang w:val="hr-HR"/>
        </w:rPr>
        <w:t>o odabiru ili o poništenju postupka jednostavne nabave dostavlja se svim ponuditeljima koji su dostavili ponudu</w:t>
      </w:r>
      <w:r>
        <w:rPr>
          <w:rFonts w:ascii="Arial" w:hAnsi="Arial" w:cs="Arial"/>
          <w:lang w:val="hr-HR"/>
        </w:rPr>
        <w:t xml:space="preserve"> (</w:t>
      </w:r>
      <w:r w:rsidRPr="00C517D8">
        <w:rPr>
          <w:rFonts w:ascii="Arial" w:hAnsi="Arial" w:cs="Arial"/>
          <w:lang w:val="hr-HR"/>
        </w:rPr>
        <w:t>elektronskom poštom i dr.)</w:t>
      </w:r>
      <w:r>
        <w:rPr>
          <w:rFonts w:ascii="Arial" w:hAnsi="Arial" w:cs="Arial"/>
          <w:lang w:val="hr-HR"/>
        </w:rPr>
        <w:t xml:space="preserve">, te se po slanju Odluke o odabiru stječu uvjeti za sklapanje ugovora o nabavi s odabranim ponuditeljem. </w:t>
      </w:r>
    </w:p>
    <w:p w14:paraId="3472880E" w14:textId="23C62F23" w:rsidR="00C54CDF" w:rsidRDefault="00C517D8" w:rsidP="00C517D8">
      <w:pPr>
        <w:ind w:firstLine="567"/>
        <w:rPr>
          <w:rFonts w:ascii="Arial" w:hAnsi="Arial" w:cs="Arial"/>
          <w:lang w:val="hr-HR"/>
        </w:rPr>
      </w:pPr>
      <w:r w:rsidRPr="00C517D8">
        <w:rPr>
          <w:rFonts w:ascii="Arial" w:hAnsi="Arial" w:cs="Arial"/>
          <w:lang w:val="hr-HR"/>
        </w:rPr>
        <w:t xml:space="preserve">Ugovor o nabavi potpisuje ravnatelj </w:t>
      </w:r>
      <w:r>
        <w:rPr>
          <w:rFonts w:ascii="Arial" w:hAnsi="Arial" w:cs="Arial"/>
          <w:lang w:val="hr-HR"/>
        </w:rPr>
        <w:t>Naručitelja</w:t>
      </w:r>
      <w:r w:rsidRPr="00C517D8">
        <w:rPr>
          <w:rFonts w:ascii="Arial" w:hAnsi="Arial" w:cs="Arial"/>
          <w:lang w:val="hr-HR"/>
        </w:rPr>
        <w:t>.</w:t>
      </w:r>
    </w:p>
    <w:p w14:paraId="7AA63C15" w14:textId="3D373CC7" w:rsidR="00A63BD0" w:rsidRPr="00A63BD0" w:rsidRDefault="00432A0B" w:rsidP="00C517D8">
      <w:pPr>
        <w:ind w:firstLine="567"/>
        <w:rPr>
          <w:rFonts w:ascii="Arial" w:hAnsi="Arial" w:cs="Arial"/>
          <w:lang w:val="hr-HR"/>
        </w:rPr>
      </w:pPr>
      <w:r w:rsidRPr="00A63BD0">
        <w:rPr>
          <w:rFonts w:ascii="Arial" w:hAnsi="Arial" w:cs="Arial"/>
          <w:lang w:val="hr-HR"/>
        </w:rPr>
        <w:t xml:space="preserve">Ugovor o nabavi mora biti u skladu s uvjetima određenima </w:t>
      </w:r>
      <w:r w:rsidR="00624CBE" w:rsidRPr="00A63BD0">
        <w:rPr>
          <w:rFonts w:ascii="Arial" w:hAnsi="Arial" w:cs="Arial"/>
          <w:lang w:val="hr-HR"/>
        </w:rPr>
        <w:t xml:space="preserve">Pozivom za dostavu ponude, </w:t>
      </w:r>
      <w:r w:rsidRPr="00A63BD0">
        <w:rPr>
          <w:rFonts w:ascii="Arial" w:hAnsi="Arial" w:cs="Arial"/>
          <w:lang w:val="hr-HR"/>
        </w:rPr>
        <w:t>dokumentacij</w:t>
      </w:r>
      <w:r w:rsidR="00624CBE" w:rsidRPr="00A63BD0">
        <w:rPr>
          <w:rFonts w:ascii="Arial" w:hAnsi="Arial" w:cs="Arial"/>
          <w:lang w:val="hr-HR"/>
        </w:rPr>
        <w:t>om</w:t>
      </w:r>
      <w:r w:rsidRPr="00A63BD0">
        <w:rPr>
          <w:rFonts w:ascii="Arial" w:hAnsi="Arial" w:cs="Arial"/>
          <w:lang w:val="hr-HR"/>
        </w:rPr>
        <w:t xml:space="preserve"> </w:t>
      </w:r>
      <w:r w:rsidR="00624CBE" w:rsidRPr="00A63BD0">
        <w:rPr>
          <w:rFonts w:ascii="Arial" w:hAnsi="Arial" w:cs="Arial"/>
          <w:lang w:val="hr-HR"/>
        </w:rPr>
        <w:t xml:space="preserve">o nabavi </w:t>
      </w:r>
      <w:r w:rsidRPr="00A63BD0">
        <w:rPr>
          <w:rFonts w:ascii="Arial" w:hAnsi="Arial" w:cs="Arial"/>
          <w:lang w:val="hr-HR"/>
        </w:rPr>
        <w:t>i odabranom ponudom.</w:t>
      </w:r>
      <w:r w:rsidR="00A63BD0" w:rsidRPr="00A63BD0">
        <w:rPr>
          <w:rFonts w:ascii="Arial" w:hAnsi="Arial" w:cs="Arial"/>
        </w:rPr>
        <w:t xml:space="preserve"> </w:t>
      </w:r>
      <w:r w:rsidR="00A63BD0" w:rsidRPr="00A63BD0">
        <w:rPr>
          <w:rFonts w:ascii="Arial" w:hAnsi="Arial" w:cs="Arial"/>
          <w:lang w:val="hr-HR"/>
        </w:rPr>
        <w:t>Na odgovornost ugovornih strana za ispunjenje obveza iz ugovora o nabavi primjenjuju se i odgovarajuće odredbe Zakona o obveznim odnosima.</w:t>
      </w:r>
    </w:p>
    <w:p w14:paraId="2C9B13F1" w14:textId="1D3E1E42" w:rsidR="00C54CDF" w:rsidRPr="00A63BD0" w:rsidRDefault="00432A0B">
      <w:pPr>
        <w:pStyle w:val="Article"/>
        <w:rPr>
          <w:rFonts w:ascii="Arial" w:hAnsi="Arial" w:cs="Arial"/>
          <w:lang w:val="hr-HR"/>
        </w:rPr>
      </w:pPr>
      <w:r w:rsidRPr="00A63BD0">
        <w:rPr>
          <w:rFonts w:ascii="Arial" w:hAnsi="Arial" w:cs="Arial"/>
          <w:lang w:val="hr-HR"/>
        </w:rPr>
        <w:t>Članak 2</w:t>
      </w:r>
      <w:r w:rsidR="00ED6B6E">
        <w:rPr>
          <w:rFonts w:ascii="Arial" w:hAnsi="Arial" w:cs="Arial"/>
          <w:lang w:val="hr-HR"/>
        </w:rPr>
        <w:t>2</w:t>
      </w:r>
      <w:r w:rsidRPr="00A63BD0">
        <w:rPr>
          <w:rFonts w:ascii="Arial" w:hAnsi="Arial" w:cs="Arial"/>
          <w:lang w:val="hr-HR"/>
        </w:rPr>
        <w:t>.</w:t>
      </w:r>
    </w:p>
    <w:p w14:paraId="5458DC5E" w14:textId="77777777" w:rsidR="00C54CDF" w:rsidRPr="00A63BD0" w:rsidRDefault="00432A0B">
      <w:pPr>
        <w:ind w:firstLine="567"/>
        <w:rPr>
          <w:rFonts w:ascii="Arial" w:hAnsi="Arial" w:cs="Arial"/>
          <w:lang w:val="hr-HR"/>
        </w:rPr>
      </w:pPr>
      <w:r w:rsidRPr="00A63BD0">
        <w:rPr>
          <w:rFonts w:ascii="Arial" w:hAnsi="Arial" w:cs="Arial"/>
          <w:lang w:val="hr-HR"/>
        </w:rPr>
        <w:t>Naručitelj je obvezan kontrolirati izvršenje sklopljenih ugovora o nabavi.</w:t>
      </w:r>
    </w:p>
    <w:p w14:paraId="700AD77D" w14:textId="32DF9EEA" w:rsidR="00C54CDF" w:rsidRPr="00A63BD0" w:rsidRDefault="00432A0B">
      <w:pPr>
        <w:ind w:firstLine="567"/>
        <w:rPr>
          <w:rFonts w:ascii="Arial" w:hAnsi="Arial" w:cs="Arial"/>
          <w:lang w:val="hr-HR"/>
        </w:rPr>
      </w:pPr>
      <w:r w:rsidRPr="00A63BD0">
        <w:rPr>
          <w:rFonts w:ascii="Arial" w:hAnsi="Arial" w:cs="Arial"/>
          <w:lang w:val="hr-HR"/>
        </w:rPr>
        <w:t>Ugovor o nabavi sklopljen u svim postupcima jednostavne nabave Naručitelj smije izmijeniti tijekom njegova trajanja odgovarajućom primjenom odredbi ZJN</w:t>
      </w:r>
      <w:r w:rsidR="006F48EC" w:rsidRPr="00A63BD0">
        <w:rPr>
          <w:rFonts w:ascii="Arial" w:hAnsi="Arial" w:cs="Arial"/>
          <w:lang w:val="hr-HR"/>
        </w:rPr>
        <w:t>.</w:t>
      </w:r>
    </w:p>
    <w:p w14:paraId="6AF9D257" w14:textId="53F65A00" w:rsidR="00C54CDF" w:rsidRPr="00A63BD0" w:rsidRDefault="00432A0B">
      <w:pPr>
        <w:ind w:firstLine="567"/>
        <w:rPr>
          <w:rFonts w:ascii="Arial" w:hAnsi="Arial" w:cs="Arial"/>
          <w:lang w:val="hr-HR"/>
        </w:rPr>
      </w:pPr>
      <w:r w:rsidRPr="00A63BD0">
        <w:rPr>
          <w:rFonts w:ascii="Arial" w:hAnsi="Arial" w:cs="Arial"/>
          <w:lang w:val="hr-HR"/>
        </w:rPr>
        <w:t>Ukupni iznos ugovora o nabavi bez PDV-a, po svim izmjenama ugovora o nabavi, ne smije biti veći od praga za provedbu postupka temeljem kojeg je ugovor o nabavi sklopljen kao ni jednak ili veći od vrijednosti pragova za primjenu ZJN.</w:t>
      </w:r>
    </w:p>
    <w:p w14:paraId="0D073E3B" w14:textId="0365FD43" w:rsidR="00C54CDF" w:rsidRPr="00A63BD0" w:rsidRDefault="00432A0B">
      <w:pPr>
        <w:pStyle w:val="Article"/>
        <w:rPr>
          <w:rFonts w:ascii="Arial" w:hAnsi="Arial" w:cs="Arial"/>
          <w:lang w:val="hr-HR"/>
        </w:rPr>
      </w:pPr>
      <w:r w:rsidRPr="00A63BD0">
        <w:rPr>
          <w:rFonts w:ascii="Arial" w:hAnsi="Arial" w:cs="Arial"/>
          <w:lang w:val="hr-HR"/>
        </w:rPr>
        <w:t>Članak 2</w:t>
      </w:r>
      <w:r w:rsidR="00ED6B6E">
        <w:rPr>
          <w:rFonts w:ascii="Arial" w:hAnsi="Arial" w:cs="Arial"/>
          <w:lang w:val="hr-HR"/>
        </w:rPr>
        <w:t>3</w:t>
      </w:r>
      <w:r w:rsidRPr="00A63BD0">
        <w:rPr>
          <w:rFonts w:ascii="Arial" w:hAnsi="Arial" w:cs="Arial"/>
          <w:lang w:val="hr-HR"/>
        </w:rPr>
        <w:t>.</w:t>
      </w:r>
    </w:p>
    <w:p w14:paraId="69EB2331" w14:textId="783CC4E4" w:rsidR="00C54CDF" w:rsidRDefault="00432A0B">
      <w:pPr>
        <w:ind w:firstLine="567"/>
        <w:rPr>
          <w:rFonts w:ascii="Arial" w:hAnsi="Arial" w:cs="Arial"/>
          <w:lang w:val="hr-HR"/>
        </w:rPr>
      </w:pPr>
      <w:r w:rsidRPr="00A63BD0">
        <w:rPr>
          <w:rFonts w:ascii="Arial" w:hAnsi="Arial" w:cs="Arial"/>
          <w:lang w:val="hr-HR"/>
        </w:rPr>
        <w:t>Naručitelj je obvezan voditi registar sklopljenih ugovora o nabavi u EOJN.</w:t>
      </w:r>
    </w:p>
    <w:p w14:paraId="642A77BB" w14:textId="77777777" w:rsidR="00D14A8F" w:rsidRPr="00A63BD0" w:rsidRDefault="00D14A8F">
      <w:pPr>
        <w:ind w:firstLine="567"/>
        <w:rPr>
          <w:rFonts w:ascii="Arial" w:hAnsi="Arial" w:cs="Arial"/>
          <w:lang w:val="hr-HR"/>
        </w:rPr>
      </w:pPr>
    </w:p>
    <w:p w14:paraId="2381E7C7" w14:textId="31667A7A" w:rsidR="00C54CDF" w:rsidRPr="00A63BD0" w:rsidRDefault="00432A0B">
      <w:pPr>
        <w:pStyle w:val="Naslov1"/>
        <w:rPr>
          <w:rFonts w:ascii="Arial" w:hAnsi="Arial" w:cs="Arial"/>
          <w:sz w:val="22"/>
          <w:szCs w:val="22"/>
          <w:lang w:val="hr-HR"/>
        </w:rPr>
      </w:pPr>
      <w:r w:rsidRPr="00A63BD0">
        <w:rPr>
          <w:rFonts w:ascii="Arial" w:hAnsi="Arial" w:cs="Arial"/>
          <w:sz w:val="22"/>
          <w:szCs w:val="22"/>
          <w:lang w:val="hr-HR"/>
        </w:rPr>
        <w:t>PRAVNA ZAŠTITA</w:t>
      </w:r>
    </w:p>
    <w:p w14:paraId="49A574E4" w14:textId="0B178016" w:rsidR="00C54CDF" w:rsidRPr="00A63BD0" w:rsidRDefault="00432A0B">
      <w:pPr>
        <w:pStyle w:val="Article"/>
        <w:rPr>
          <w:rFonts w:ascii="Arial" w:hAnsi="Arial" w:cs="Arial"/>
          <w:lang w:val="hr-HR"/>
        </w:rPr>
      </w:pPr>
      <w:r w:rsidRPr="00A63BD0">
        <w:rPr>
          <w:rFonts w:ascii="Arial" w:hAnsi="Arial" w:cs="Arial"/>
          <w:lang w:val="hr-HR"/>
        </w:rPr>
        <w:t>Članak 2</w:t>
      </w:r>
      <w:r w:rsidR="00ED6B6E">
        <w:rPr>
          <w:rFonts w:ascii="Arial" w:hAnsi="Arial" w:cs="Arial"/>
          <w:lang w:val="hr-HR"/>
        </w:rPr>
        <w:t>4</w:t>
      </w:r>
      <w:r w:rsidRPr="00A63BD0">
        <w:rPr>
          <w:rFonts w:ascii="Arial" w:hAnsi="Arial" w:cs="Arial"/>
          <w:lang w:val="hr-HR"/>
        </w:rPr>
        <w:t>.</w:t>
      </w:r>
    </w:p>
    <w:p w14:paraId="7FA02011" w14:textId="5E7B27EC" w:rsidR="006F48EC" w:rsidRPr="00A63BD0" w:rsidRDefault="006F48EC">
      <w:pPr>
        <w:ind w:firstLine="567"/>
        <w:rPr>
          <w:rFonts w:ascii="Arial" w:hAnsi="Arial" w:cs="Arial"/>
          <w:lang w:val="hr-HR"/>
        </w:rPr>
      </w:pPr>
      <w:r w:rsidRPr="00A63BD0">
        <w:rPr>
          <w:rFonts w:ascii="Arial" w:hAnsi="Arial" w:cs="Arial"/>
          <w:lang w:val="hr-HR"/>
        </w:rPr>
        <w:t xml:space="preserve">Na Odluku o odabiru ili poništenju postupka jednostavne nabave čija je procijenjena vrijednost veća od 15.000,00 eura dopušteno je podnijeti prigovor u pisanom obliku </w:t>
      </w:r>
      <w:r w:rsidR="00D14A8F">
        <w:rPr>
          <w:rFonts w:ascii="Arial" w:hAnsi="Arial" w:cs="Arial"/>
          <w:lang w:val="hr-HR"/>
        </w:rPr>
        <w:t>ravnatelju</w:t>
      </w:r>
      <w:r w:rsidRPr="00A63BD0">
        <w:rPr>
          <w:rFonts w:ascii="Arial" w:hAnsi="Arial" w:cs="Arial"/>
          <w:lang w:val="hr-HR"/>
        </w:rPr>
        <w:t xml:space="preserve"> Naručitelja.</w:t>
      </w:r>
    </w:p>
    <w:p w14:paraId="03880038" w14:textId="0D17E153" w:rsidR="006F48EC" w:rsidRPr="00A63BD0" w:rsidRDefault="006F48EC">
      <w:pPr>
        <w:ind w:firstLine="567"/>
        <w:rPr>
          <w:rFonts w:ascii="Arial" w:hAnsi="Arial" w:cs="Arial"/>
          <w:lang w:val="hr-HR"/>
        </w:rPr>
      </w:pPr>
      <w:r w:rsidRPr="00A63BD0">
        <w:rPr>
          <w:rFonts w:ascii="Arial" w:hAnsi="Arial" w:cs="Arial"/>
          <w:lang w:val="hr-HR"/>
        </w:rPr>
        <w:t xml:space="preserve">Pravo na prigovor ima svaki gospodarski subjekt koji ima ili je imao pravni interes za dobivanje određenog ugovora o nabavi ili projektnog natječaja i koji je pretrpio ili bi mogao pretrpjeti štetu od navodnog kršenja subjektivnih prava. </w:t>
      </w:r>
    </w:p>
    <w:p w14:paraId="209EF497" w14:textId="71A2227C" w:rsidR="005C20F6" w:rsidRPr="00A63BD0" w:rsidRDefault="006F48EC" w:rsidP="000D6A89">
      <w:pPr>
        <w:ind w:firstLine="567"/>
        <w:rPr>
          <w:rFonts w:ascii="Arial" w:hAnsi="Arial" w:cs="Arial"/>
          <w:bCs/>
          <w:lang w:val="hr-HR"/>
        </w:rPr>
      </w:pPr>
      <w:r w:rsidRPr="00A63BD0">
        <w:rPr>
          <w:rFonts w:ascii="Arial" w:hAnsi="Arial" w:cs="Arial"/>
          <w:lang w:val="hr-HR"/>
        </w:rPr>
        <w:lastRenderedPageBreak/>
        <w:t xml:space="preserve">Prigovor se podnosi </w:t>
      </w:r>
      <w:r w:rsidR="00D14A8F">
        <w:rPr>
          <w:rFonts w:ascii="Arial" w:hAnsi="Arial" w:cs="Arial"/>
          <w:bCs/>
          <w:lang w:val="hr-HR"/>
        </w:rPr>
        <w:t>ravna</w:t>
      </w:r>
      <w:r w:rsidR="00C517D8">
        <w:rPr>
          <w:rFonts w:ascii="Arial" w:hAnsi="Arial" w:cs="Arial"/>
          <w:bCs/>
          <w:lang w:val="hr-HR"/>
        </w:rPr>
        <w:t xml:space="preserve">telju </w:t>
      </w:r>
      <w:r w:rsidRPr="00A63BD0">
        <w:rPr>
          <w:rFonts w:ascii="Arial" w:hAnsi="Arial" w:cs="Arial"/>
          <w:bCs/>
          <w:lang w:val="hr-HR"/>
        </w:rPr>
        <w:t xml:space="preserve">Naručitelja elektroničkim sredstvima putem EOJN u roku od pet dana od primitka </w:t>
      </w:r>
      <w:r w:rsidR="00D14A8F">
        <w:rPr>
          <w:rFonts w:ascii="Arial" w:hAnsi="Arial" w:cs="Arial"/>
          <w:bCs/>
          <w:lang w:val="hr-HR"/>
        </w:rPr>
        <w:t>O</w:t>
      </w:r>
      <w:r w:rsidRPr="00A63BD0">
        <w:rPr>
          <w:rFonts w:ascii="Arial" w:hAnsi="Arial" w:cs="Arial"/>
          <w:bCs/>
          <w:lang w:val="hr-HR"/>
        </w:rPr>
        <w:t xml:space="preserve">dluke o odabiru ili </w:t>
      </w:r>
      <w:r w:rsidR="00D14A8F">
        <w:rPr>
          <w:rFonts w:ascii="Arial" w:hAnsi="Arial" w:cs="Arial"/>
          <w:bCs/>
          <w:lang w:val="hr-HR"/>
        </w:rPr>
        <w:t xml:space="preserve">Odluke </w:t>
      </w:r>
      <w:r w:rsidRPr="00A63BD0">
        <w:rPr>
          <w:rFonts w:ascii="Arial" w:hAnsi="Arial" w:cs="Arial"/>
          <w:bCs/>
          <w:lang w:val="hr-HR"/>
        </w:rPr>
        <w:t xml:space="preserve">o poništenju postupka, a u suprotnom će se prigovor odbaciti.  </w:t>
      </w:r>
    </w:p>
    <w:p w14:paraId="5E9263F1" w14:textId="6FAF7503" w:rsidR="005C20F6" w:rsidRPr="00A63BD0" w:rsidRDefault="006F48EC" w:rsidP="005C20F6">
      <w:pPr>
        <w:ind w:firstLine="567"/>
        <w:rPr>
          <w:rFonts w:ascii="Arial" w:hAnsi="Arial" w:cs="Arial"/>
          <w:bCs/>
          <w:lang w:val="hr-HR"/>
        </w:rPr>
      </w:pPr>
      <w:r w:rsidRPr="00A63BD0">
        <w:rPr>
          <w:rFonts w:ascii="Arial" w:hAnsi="Arial" w:cs="Arial"/>
          <w:bCs/>
          <w:lang w:val="hr-HR"/>
        </w:rPr>
        <w:t>Podnositelj prigovora može odustati od prigovora sve do otpreme odluke o prigovoru. Odustanak od prigovora ne može se opozvati. Ako podnositelj prigovora odustane od prigovora, Naručitelj će obustaviti postupak</w:t>
      </w:r>
      <w:r w:rsidR="00A040DA" w:rsidRPr="00A63BD0">
        <w:rPr>
          <w:rFonts w:ascii="Arial" w:hAnsi="Arial" w:cs="Arial"/>
          <w:bCs/>
          <w:lang w:val="hr-HR"/>
        </w:rPr>
        <w:t>.</w:t>
      </w:r>
      <w:r w:rsidRPr="00A63BD0">
        <w:rPr>
          <w:rFonts w:ascii="Arial" w:hAnsi="Arial" w:cs="Arial"/>
          <w:bCs/>
          <w:lang w:val="hr-HR"/>
        </w:rPr>
        <w:t xml:space="preserve"> </w:t>
      </w:r>
    </w:p>
    <w:p w14:paraId="3072E7E7" w14:textId="77777777" w:rsidR="00C54CDF" w:rsidRPr="00A63BD0" w:rsidRDefault="00432A0B" w:rsidP="006F48EC">
      <w:pPr>
        <w:ind w:firstLine="567"/>
        <w:rPr>
          <w:rFonts w:ascii="Arial" w:hAnsi="Arial" w:cs="Arial"/>
          <w:lang w:val="hr-HR"/>
        </w:rPr>
      </w:pPr>
      <w:r w:rsidRPr="00A63BD0">
        <w:rPr>
          <w:rFonts w:ascii="Arial" w:hAnsi="Arial" w:cs="Arial"/>
          <w:lang w:val="hr-HR"/>
        </w:rPr>
        <w:t>Prigovor mora sadržavati:</w:t>
      </w:r>
    </w:p>
    <w:p w14:paraId="4337471C" w14:textId="1E86FADC" w:rsidR="00C54CDF" w:rsidRPr="00A63BD0" w:rsidRDefault="005C20F6" w:rsidP="005C20F6">
      <w:pPr>
        <w:spacing w:after="60"/>
        <w:rPr>
          <w:rFonts w:ascii="Arial" w:hAnsi="Arial" w:cs="Arial"/>
          <w:lang w:val="hr-HR"/>
        </w:rPr>
      </w:pPr>
      <w:r w:rsidRPr="00A63BD0">
        <w:rPr>
          <w:rFonts w:ascii="Arial" w:hAnsi="Arial" w:cs="Arial"/>
          <w:lang w:val="hr-HR"/>
        </w:rPr>
        <w:t xml:space="preserve">- </w:t>
      </w:r>
      <w:r w:rsidR="00432A0B" w:rsidRPr="00A63BD0">
        <w:rPr>
          <w:rFonts w:ascii="Arial" w:hAnsi="Arial" w:cs="Arial"/>
          <w:lang w:val="hr-HR"/>
        </w:rPr>
        <w:t xml:space="preserve">podatke o </w:t>
      </w:r>
      <w:r w:rsidR="00A040DA" w:rsidRPr="00A63BD0">
        <w:rPr>
          <w:rFonts w:ascii="Arial" w:hAnsi="Arial" w:cs="Arial"/>
          <w:lang w:val="hr-HR"/>
        </w:rPr>
        <w:t xml:space="preserve">gospodarskom subjektu koji </w:t>
      </w:r>
      <w:r w:rsidRPr="00A63BD0">
        <w:rPr>
          <w:rFonts w:ascii="Arial" w:hAnsi="Arial" w:cs="Arial"/>
          <w:lang w:val="hr-HR"/>
        </w:rPr>
        <w:t>podnosi</w:t>
      </w:r>
      <w:r w:rsidR="00A040DA" w:rsidRPr="00A63BD0">
        <w:rPr>
          <w:rFonts w:ascii="Arial" w:hAnsi="Arial" w:cs="Arial"/>
          <w:lang w:val="hr-HR"/>
        </w:rPr>
        <w:t xml:space="preserve"> </w:t>
      </w:r>
      <w:r w:rsidRPr="00A63BD0">
        <w:rPr>
          <w:rFonts w:ascii="Arial" w:hAnsi="Arial" w:cs="Arial"/>
          <w:lang w:val="hr-HR"/>
        </w:rPr>
        <w:t>prigovor</w:t>
      </w:r>
    </w:p>
    <w:p w14:paraId="3AAFCDDF" w14:textId="6B9AEA6F" w:rsidR="00C54CDF" w:rsidRPr="00A63BD0" w:rsidRDefault="005C20F6" w:rsidP="005C20F6">
      <w:pPr>
        <w:spacing w:after="60"/>
        <w:rPr>
          <w:rFonts w:ascii="Arial" w:hAnsi="Arial" w:cs="Arial"/>
          <w:lang w:val="hr-HR"/>
        </w:rPr>
      </w:pPr>
      <w:r w:rsidRPr="00A63BD0">
        <w:rPr>
          <w:rFonts w:ascii="Arial" w:hAnsi="Arial" w:cs="Arial"/>
          <w:lang w:val="hr-HR"/>
        </w:rPr>
        <w:t xml:space="preserve">- </w:t>
      </w:r>
      <w:r w:rsidR="00432A0B" w:rsidRPr="00A63BD0">
        <w:rPr>
          <w:rFonts w:ascii="Arial" w:hAnsi="Arial" w:cs="Arial"/>
          <w:lang w:val="hr-HR"/>
        </w:rPr>
        <w:t>oznaku postupka jednostavne nabave,</w:t>
      </w:r>
    </w:p>
    <w:p w14:paraId="0579AF8B" w14:textId="48E2286B" w:rsidR="00C54CDF" w:rsidRPr="00A63BD0" w:rsidRDefault="005C20F6" w:rsidP="005C20F6">
      <w:pPr>
        <w:spacing w:after="60"/>
        <w:rPr>
          <w:rFonts w:ascii="Arial" w:hAnsi="Arial" w:cs="Arial"/>
          <w:lang w:val="hr-HR"/>
        </w:rPr>
      </w:pPr>
      <w:r w:rsidRPr="00A63BD0">
        <w:rPr>
          <w:rFonts w:ascii="Arial" w:hAnsi="Arial" w:cs="Arial"/>
          <w:lang w:val="hr-HR"/>
        </w:rPr>
        <w:t xml:space="preserve">- </w:t>
      </w:r>
      <w:r w:rsidR="00432A0B" w:rsidRPr="00A63BD0">
        <w:rPr>
          <w:rFonts w:ascii="Arial" w:hAnsi="Arial" w:cs="Arial"/>
          <w:lang w:val="hr-HR"/>
        </w:rPr>
        <w:t xml:space="preserve">odluku </w:t>
      </w:r>
      <w:r w:rsidR="00A040DA" w:rsidRPr="00A63BD0">
        <w:rPr>
          <w:rFonts w:ascii="Arial" w:hAnsi="Arial" w:cs="Arial"/>
          <w:lang w:val="hr-HR"/>
        </w:rPr>
        <w:t xml:space="preserve">Naručitelja na koju se </w:t>
      </w:r>
      <w:r w:rsidRPr="00A63BD0">
        <w:rPr>
          <w:rFonts w:ascii="Arial" w:hAnsi="Arial" w:cs="Arial"/>
          <w:lang w:val="hr-HR"/>
        </w:rPr>
        <w:t>podnosi</w:t>
      </w:r>
      <w:r w:rsidR="00A040DA" w:rsidRPr="00A63BD0">
        <w:rPr>
          <w:rFonts w:ascii="Arial" w:hAnsi="Arial" w:cs="Arial"/>
          <w:lang w:val="hr-HR"/>
        </w:rPr>
        <w:t xml:space="preserve"> prigovor</w:t>
      </w:r>
    </w:p>
    <w:p w14:paraId="4BBB00C1" w14:textId="06177BAB" w:rsidR="005C20F6" w:rsidRPr="00A63BD0" w:rsidRDefault="005C20F6" w:rsidP="005C20F6">
      <w:pPr>
        <w:spacing w:after="60"/>
        <w:rPr>
          <w:rFonts w:ascii="Arial" w:hAnsi="Arial" w:cs="Arial"/>
          <w:lang w:val="hr-HR"/>
        </w:rPr>
      </w:pPr>
      <w:r w:rsidRPr="00A63BD0">
        <w:rPr>
          <w:rFonts w:ascii="Arial" w:hAnsi="Arial" w:cs="Arial"/>
          <w:lang w:val="hr-HR"/>
        </w:rPr>
        <w:t xml:space="preserve">- </w:t>
      </w:r>
      <w:r w:rsidR="00432A0B" w:rsidRPr="00A63BD0">
        <w:rPr>
          <w:rFonts w:ascii="Arial" w:hAnsi="Arial" w:cs="Arial"/>
          <w:lang w:val="hr-HR"/>
        </w:rPr>
        <w:t>razloge</w:t>
      </w:r>
      <w:r w:rsidR="00A040DA" w:rsidRPr="00A63BD0">
        <w:rPr>
          <w:rFonts w:ascii="Arial" w:hAnsi="Arial" w:cs="Arial"/>
          <w:lang w:val="hr-HR"/>
        </w:rPr>
        <w:t xml:space="preserve"> prigovora i obrazloženje</w:t>
      </w:r>
      <w:r w:rsidRPr="00A63BD0">
        <w:rPr>
          <w:rFonts w:ascii="Arial" w:hAnsi="Arial" w:cs="Arial"/>
          <w:lang w:val="hr-HR"/>
        </w:rPr>
        <w:t>.</w:t>
      </w:r>
      <w:r w:rsidR="00A040DA" w:rsidRPr="00A63BD0">
        <w:rPr>
          <w:rFonts w:ascii="Arial" w:hAnsi="Arial" w:cs="Arial"/>
          <w:lang w:val="hr-HR"/>
        </w:rPr>
        <w:t xml:space="preserve"> </w:t>
      </w:r>
      <w:r w:rsidR="00432A0B" w:rsidRPr="00A63BD0">
        <w:rPr>
          <w:rFonts w:ascii="Arial" w:hAnsi="Arial" w:cs="Arial"/>
          <w:lang w:val="hr-HR"/>
        </w:rPr>
        <w:t xml:space="preserve"> </w:t>
      </w:r>
    </w:p>
    <w:p w14:paraId="3451B214" w14:textId="213E747A" w:rsidR="005C20F6" w:rsidRPr="00A63BD0" w:rsidRDefault="00D14A8F" w:rsidP="005C20F6">
      <w:pPr>
        <w:ind w:firstLine="720"/>
        <w:rPr>
          <w:rFonts w:ascii="Arial" w:hAnsi="Arial" w:cs="Arial"/>
          <w:lang w:val="hr-HR"/>
        </w:rPr>
      </w:pPr>
      <w:r>
        <w:rPr>
          <w:rFonts w:ascii="Arial" w:hAnsi="Arial" w:cs="Arial"/>
          <w:lang w:val="hr-HR"/>
        </w:rPr>
        <w:t>Ravnatelj</w:t>
      </w:r>
      <w:r w:rsidR="005C20F6" w:rsidRPr="00A63BD0">
        <w:rPr>
          <w:rFonts w:ascii="Arial" w:hAnsi="Arial" w:cs="Arial"/>
          <w:lang w:val="hr-HR"/>
        </w:rPr>
        <w:t xml:space="preserve"> Naručitelja donosi Odluku o prigovoru u roku od 30 dana od dana primitka prigovora te </w:t>
      </w:r>
      <w:r>
        <w:rPr>
          <w:rFonts w:ascii="Arial" w:hAnsi="Arial" w:cs="Arial"/>
          <w:lang w:val="hr-HR"/>
        </w:rPr>
        <w:t xml:space="preserve">se </w:t>
      </w:r>
      <w:r w:rsidR="005C20F6" w:rsidRPr="00A63BD0">
        <w:rPr>
          <w:rFonts w:ascii="Arial" w:hAnsi="Arial" w:cs="Arial"/>
          <w:lang w:val="hr-HR"/>
        </w:rPr>
        <w:t>ist</w:t>
      </w:r>
      <w:r>
        <w:rPr>
          <w:rFonts w:ascii="Arial" w:hAnsi="Arial" w:cs="Arial"/>
          <w:lang w:val="hr-HR"/>
        </w:rPr>
        <w:t>a</w:t>
      </w:r>
      <w:r w:rsidR="005C20F6" w:rsidRPr="00A63BD0">
        <w:rPr>
          <w:rFonts w:ascii="Arial" w:hAnsi="Arial" w:cs="Arial"/>
          <w:lang w:val="hr-HR"/>
        </w:rPr>
        <w:t xml:space="preserve"> dostavlja objavom putem modula jednostavne nabave EOJN</w:t>
      </w:r>
      <w:r w:rsidR="00164FC8">
        <w:rPr>
          <w:rFonts w:ascii="Arial" w:hAnsi="Arial" w:cs="Arial"/>
          <w:lang w:val="hr-HR"/>
        </w:rPr>
        <w:t xml:space="preserve"> </w:t>
      </w:r>
      <w:r w:rsidR="005C20F6" w:rsidRPr="00A63BD0">
        <w:rPr>
          <w:rFonts w:ascii="Arial" w:hAnsi="Arial" w:cs="Arial"/>
          <w:lang w:val="hr-HR"/>
        </w:rPr>
        <w:t xml:space="preserve">u primjerenom roku. Odluka o prigovoru mora biti obrazložena. </w:t>
      </w:r>
    </w:p>
    <w:p w14:paraId="33F40F5A" w14:textId="2F25C465" w:rsidR="00A040DA" w:rsidRPr="00A63BD0" w:rsidRDefault="00A040DA">
      <w:pPr>
        <w:ind w:firstLine="567"/>
        <w:rPr>
          <w:rFonts w:ascii="Arial" w:hAnsi="Arial" w:cs="Arial"/>
          <w:lang w:val="hr-HR"/>
        </w:rPr>
      </w:pPr>
      <w:r w:rsidRPr="00A63BD0">
        <w:rPr>
          <w:rFonts w:ascii="Arial" w:hAnsi="Arial" w:cs="Arial"/>
          <w:lang w:val="hr-HR"/>
        </w:rPr>
        <w:t xml:space="preserve">Naručitelj u postupku po prigovoru može: </w:t>
      </w:r>
    </w:p>
    <w:p w14:paraId="5D515C01" w14:textId="2587AF76" w:rsidR="00A040DA" w:rsidRPr="00A63BD0" w:rsidRDefault="00A040DA" w:rsidP="00A040DA">
      <w:pPr>
        <w:rPr>
          <w:rFonts w:ascii="Arial" w:hAnsi="Arial" w:cs="Arial"/>
          <w:lang w:val="hr-HR"/>
        </w:rPr>
      </w:pPr>
      <w:r w:rsidRPr="00A63BD0">
        <w:rPr>
          <w:rFonts w:ascii="Arial" w:hAnsi="Arial" w:cs="Arial"/>
          <w:lang w:val="hr-HR"/>
        </w:rPr>
        <w:t>- obustaviti postupak</w:t>
      </w:r>
      <w:r w:rsidR="005C20F6" w:rsidRPr="00A63BD0">
        <w:rPr>
          <w:rFonts w:ascii="Arial" w:hAnsi="Arial" w:cs="Arial"/>
          <w:lang w:val="hr-HR"/>
        </w:rPr>
        <w:t xml:space="preserve"> po izjavljenom prigovoru, ako gospodarski subjekt koji je izjavio prigovor odustane od prigovora, </w:t>
      </w:r>
    </w:p>
    <w:p w14:paraId="0B7C702F" w14:textId="5869079B" w:rsidR="00A040DA" w:rsidRPr="00A63BD0" w:rsidRDefault="00A040DA" w:rsidP="00A040DA">
      <w:pPr>
        <w:rPr>
          <w:rFonts w:ascii="Arial" w:hAnsi="Arial" w:cs="Arial"/>
          <w:lang w:val="hr-HR"/>
        </w:rPr>
      </w:pPr>
      <w:r w:rsidRPr="00A63BD0">
        <w:rPr>
          <w:rFonts w:ascii="Arial" w:hAnsi="Arial" w:cs="Arial"/>
          <w:lang w:val="hr-HR"/>
        </w:rPr>
        <w:t xml:space="preserve">- odbaciti prigovor zbog nedopuštenosti, nepravodobnosti, nedostatka pravnog interesa i zbog toga što je izjavljen od neovlaštene osobe, </w:t>
      </w:r>
    </w:p>
    <w:p w14:paraId="1196C3CA" w14:textId="09D322AD" w:rsidR="00A040DA" w:rsidRPr="00A63BD0" w:rsidRDefault="00A040DA" w:rsidP="00A040DA">
      <w:pPr>
        <w:rPr>
          <w:rFonts w:ascii="Arial" w:hAnsi="Arial" w:cs="Arial"/>
          <w:lang w:val="hr-HR"/>
        </w:rPr>
      </w:pPr>
      <w:r w:rsidRPr="00A63BD0">
        <w:rPr>
          <w:rFonts w:ascii="Arial" w:hAnsi="Arial" w:cs="Arial"/>
          <w:lang w:val="hr-HR"/>
        </w:rPr>
        <w:t>- odbiti prigovor</w:t>
      </w:r>
      <w:r w:rsidR="005C20F6" w:rsidRPr="00A63BD0">
        <w:rPr>
          <w:rFonts w:ascii="Arial" w:hAnsi="Arial" w:cs="Arial"/>
          <w:lang w:val="hr-HR"/>
        </w:rPr>
        <w:t xml:space="preserve"> kao neosnovan, </w:t>
      </w:r>
    </w:p>
    <w:p w14:paraId="759DB85E" w14:textId="5ADBAE83" w:rsidR="00A040DA" w:rsidRPr="00A63BD0" w:rsidRDefault="00A040DA" w:rsidP="00A040DA">
      <w:pPr>
        <w:rPr>
          <w:rFonts w:ascii="Arial" w:hAnsi="Arial" w:cs="Arial"/>
          <w:lang w:val="hr-HR"/>
        </w:rPr>
      </w:pPr>
      <w:r w:rsidRPr="00A63BD0">
        <w:rPr>
          <w:rFonts w:ascii="Arial" w:hAnsi="Arial" w:cs="Arial"/>
          <w:lang w:val="hr-HR"/>
        </w:rPr>
        <w:t xml:space="preserve">- usvojiti prigovor te u tom slučaju poništiti odluku </w:t>
      </w:r>
      <w:r w:rsidR="005C20F6" w:rsidRPr="00A63BD0">
        <w:rPr>
          <w:rFonts w:ascii="Arial" w:hAnsi="Arial" w:cs="Arial"/>
          <w:lang w:val="hr-HR"/>
        </w:rPr>
        <w:t>o odabiru.</w:t>
      </w:r>
    </w:p>
    <w:p w14:paraId="241CEC98" w14:textId="44D9EDC1" w:rsidR="005C20F6" w:rsidRPr="00A63BD0" w:rsidRDefault="005C20F6" w:rsidP="005C20F6">
      <w:pPr>
        <w:ind w:firstLine="720"/>
        <w:rPr>
          <w:rFonts w:ascii="Arial" w:hAnsi="Arial" w:cs="Arial"/>
          <w:lang w:val="hr-HR"/>
        </w:rPr>
      </w:pPr>
      <w:r w:rsidRPr="00A63BD0">
        <w:rPr>
          <w:rFonts w:ascii="Arial" w:hAnsi="Arial" w:cs="Arial"/>
          <w:lang w:val="hr-HR"/>
        </w:rPr>
        <w:t xml:space="preserve">Podnositelju prigovora ne pripada pravo na naknadu troškova povodom izjavljenog prigovora. </w:t>
      </w:r>
    </w:p>
    <w:p w14:paraId="3C5BB28F" w14:textId="5EAF3B78" w:rsidR="00A040DA" w:rsidRPr="00A63BD0" w:rsidRDefault="00A040DA" w:rsidP="005C20F6">
      <w:pPr>
        <w:ind w:firstLine="720"/>
        <w:rPr>
          <w:rFonts w:ascii="Arial" w:hAnsi="Arial" w:cs="Arial"/>
          <w:lang w:val="hr-HR"/>
        </w:rPr>
      </w:pPr>
      <w:r w:rsidRPr="00A63BD0">
        <w:rPr>
          <w:rFonts w:ascii="Arial" w:hAnsi="Arial" w:cs="Arial"/>
          <w:lang w:val="hr-HR"/>
        </w:rPr>
        <w:t xml:space="preserve">Postupak po prigovoru nije upravni postupak te protiv takve odluke nije dopuštena žalba niti je moguće pokrenuti upravni spor.  </w:t>
      </w:r>
    </w:p>
    <w:p w14:paraId="1238FC42" w14:textId="5EDE6EB6" w:rsidR="00A040DA" w:rsidRPr="00A63BD0" w:rsidRDefault="00A040DA" w:rsidP="00A040DA">
      <w:pPr>
        <w:pStyle w:val="Article"/>
        <w:rPr>
          <w:rFonts w:ascii="Arial" w:hAnsi="Arial" w:cs="Arial"/>
          <w:lang w:val="hr-HR"/>
        </w:rPr>
      </w:pPr>
      <w:r w:rsidRPr="00A63BD0">
        <w:rPr>
          <w:rFonts w:ascii="Arial" w:hAnsi="Arial" w:cs="Arial"/>
          <w:lang w:val="hr-HR"/>
        </w:rPr>
        <w:t>Članak 2</w:t>
      </w:r>
      <w:r w:rsidR="00ED6B6E">
        <w:rPr>
          <w:rFonts w:ascii="Arial" w:hAnsi="Arial" w:cs="Arial"/>
          <w:lang w:val="hr-HR"/>
        </w:rPr>
        <w:t>5</w:t>
      </w:r>
      <w:r w:rsidRPr="00A63BD0">
        <w:rPr>
          <w:rFonts w:ascii="Arial" w:hAnsi="Arial" w:cs="Arial"/>
          <w:lang w:val="hr-HR"/>
        </w:rPr>
        <w:t>.</w:t>
      </w:r>
    </w:p>
    <w:p w14:paraId="34EE0884" w14:textId="789D29EB" w:rsidR="00A040DA" w:rsidRDefault="00A040DA" w:rsidP="00D14A8F">
      <w:pPr>
        <w:ind w:firstLine="567"/>
        <w:rPr>
          <w:rFonts w:ascii="Arial" w:hAnsi="Arial" w:cs="Arial"/>
          <w:lang w:val="hr-HR"/>
        </w:rPr>
      </w:pPr>
      <w:r w:rsidRPr="00A63BD0">
        <w:rPr>
          <w:rFonts w:ascii="Arial" w:hAnsi="Arial" w:cs="Arial"/>
          <w:lang w:val="hr-HR"/>
        </w:rPr>
        <w:t xml:space="preserve">Protiv </w:t>
      </w:r>
      <w:r w:rsidR="00164FC8">
        <w:rPr>
          <w:rFonts w:ascii="Arial" w:hAnsi="Arial" w:cs="Arial"/>
          <w:lang w:val="hr-HR"/>
        </w:rPr>
        <w:t>O</w:t>
      </w:r>
      <w:r w:rsidRPr="00A63BD0">
        <w:rPr>
          <w:rFonts w:ascii="Arial" w:hAnsi="Arial" w:cs="Arial"/>
          <w:lang w:val="hr-HR"/>
        </w:rPr>
        <w:t xml:space="preserve">dluke o odabiru ili </w:t>
      </w:r>
      <w:r w:rsidR="00164FC8">
        <w:rPr>
          <w:rFonts w:ascii="Arial" w:hAnsi="Arial" w:cs="Arial"/>
          <w:lang w:val="hr-HR"/>
        </w:rPr>
        <w:t>O</w:t>
      </w:r>
      <w:r w:rsidRPr="00A63BD0">
        <w:rPr>
          <w:rFonts w:ascii="Arial" w:hAnsi="Arial" w:cs="Arial"/>
          <w:lang w:val="hr-HR"/>
        </w:rPr>
        <w:t>dluke o poništenju donesene u postupku jednostavne nabave procijenjene vrijednosti jednake ili manje od 15.000,00 eura nije dopuštena žalba ni prigovor.</w:t>
      </w:r>
    </w:p>
    <w:p w14:paraId="5685DF1A" w14:textId="77777777" w:rsidR="00D14A8F" w:rsidRPr="00A63BD0" w:rsidRDefault="00D14A8F" w:rsidP="00D14A8F">
      <w:pPr>
        <w:ind w:firstLine="567"/>
        <w:rPr>
          <w:rFonts w:ascii="Arial" w:hAnsi="Arial" w:cs="Arial"/>
          <w:lang w:val="hr-HR"/>
        </w:rPr>
      </w:pPr>
    </w:p>
    <w:p w14:paraId="4E404DFB" w14:textId="2E6DE905" w:rsidR="00A040DA" w:rsidRPr="00A63BD0" w:rsidRDefault="00A040DA" w:rsidP="00A040DA">
      <w:pPr>
        <w:pStyle w:val="Naslov1"/>
        <w:rPr>
          <w:rFonts w:ascii="Arial" w:hAnsi="Arial" w:cs="Arial"/>
          <w:sz w:val="22"/>
          <w:szCs w:val="22"/>
          <w:lang w:val="hr-HR"/>
        </w:rPr>
      </w:pPr>
      <w:r w:rsidRPr="00A63BD0">
        <w:rPr>
          <w:rFonts w:ascii="Arial" w:hAnsi="Arial" w:cs="Arial"/>
          <w:sz w:val="22"/>
          <w:szCs w:val="22"/>
          <w:lang w:val="hr-HR"/>
        </w:rPr>
        <w:t>PROJEKTNI NATJEČAJ</w:t>
      </w:r>
    </w:p>
    <w:p w14:paraId="13FC6E74" w14:textId="373E3B61" w:rsidR="00A040DA" w:rsidRPr="00A63BD0" w:rsidRDefault="00A040DA" w:rsidP="00A040DA">
      <w:pPr>
        <w:pStyle w:val="Article"/>
        <w:rPr>
          <w:rFonts w:ascii="Arial" w:hAnsi="Arial" w:cs="Arial"/>
          <w:lang w:val="hr-HR"/>
        </w:rPr>
      </w:pPr>
      <w:r w:rsidRPr="00A63BD0">
        <w:rPr>
          <w:rFonts w:ascii="Arial" w:hAnsi="Arial" w:cs="Arial"/>
          <w:lang w:val="hr-HR"/>
        </w:rPr>
        <w:t>Članak 2</w:t>
      </w:r>
      <w:r w:rsidR="00ED6B6E">
        <w:rPr>
          <w:rFonts w:ascii="Arial" w:hAnsi="Arial" w:cs="Arial"/>
          <w:lang w:val="hr-HR"/>
        </w:rPr>
        <w:t>6</w:t>
      </w:r>
      <w:r w:rsidRPr="00A63BD0">
        <w:rPr>
          <w:rFonts w:ascii="Arial" w:hAnsi="Arial" w:cs="Arial"/>
          <w:lang w:val="hr-HR"/>
        </w:rPr>
        <w:t>.</w:t>
      </w:r>
    </w:p>
    <w:p w14:paraId="230458C6" w14:textId="6143876E" w:rsidR="00A040DA" w:rsidRDefault="00A040DA" w:rsidP="000D6A89">
      <w:pPr>
        <w:ind w:firstLine="567"/>
        <w:rPr>
          <w:rFonts w:ascii="Arial" w:hAnsi="Arial" w:cs="Arial"/>
          <w:lang w:val="hr-HR"/>
        </w:rPr>
      </w:pPr>
      <w:r w:rsidRPr="00A63BD0">
        <w:rPr>
          <w:rFonts w:ascii="Arial" w:hAnsi="Arial" w:cs="Arial"/>
          <w:lang w:val="hr-HR"/>
        </w:rPr>
        <w:t>Projektni natječaj je posebni režim nabave na čiju provedbu se na odgovarajući način primjenjuju odredbe ZJN koje se odnose na projektni natječaj kao i odredbe ovoga Pravilnika koje se odnose na postupke jednostavne nabave – poziv odabranim gospodarskim subjektima i javn</w:t>
      </w:r>
      <w:r w:rsidR="00D14A8F">
        <w:rPr>
          <w:rFonts w:ascii="Arial" w:hAnsi="Arial" w:cs="Arial"/>
          <w:lang w:val="hr-HR"/>
        </w:rPr>
        <w:t>a</w:t>
      </w:r>
      <w:r w:rsidRPr="00A63BD0">
        <w:rPr>
          <w:rFonts w:ascii="Arial" w:hAnsi="Arial" w:cs="Arial"/>
          <w:lang w:val="hr-HR"/>
        </w:rPr>
        <w:t xml:space="preserve"> objav</w:t>
      </w:r>
      <w:r w:rsidR="00D14A8F">
        <w:rPr>
          <w:rFonts w:ascii="Arial" w:hAnsi="Arial" w:cs="Arial"/>
          <w:lang w:val="hr-HR"/>
        </w:rPr>
        <w:t>a</w:t>
      </w:r>
      <w:r w:rsidRPr="00A63BD0">
        <w:rPr>
          <w:rFonts w:ascii="Arial" w:hAnsi="Arial" w:cs="Arial"/>
          <w:lang w:val="hr-HR"/>
        </w:rPr>
        <w:t xml:space="preserve"> poziva.</w:t>
      </w:r>
    </w:p>
    <w:p w14:paraId="1653ED82" w14:textId="77777777" w:rsidR="00D14A8F" w:rsidRPr="00A63BD0" w:rsidRDefault="00D14A8F" w:rsidP="000D6A89">
      <w:pPr>
        <w:ind w:firstLine="567"/>
        <w:rPr>
          <w:rFonts w:ascii="Arial" w:hAnsi="Arial" w:cs="Arial"/>
          <w:lang w:val="hr-HR"/>
        </w:rPr>
      </w:pPr>
    </w:p>
    <w:p w14:paraId="5A0F0964" w14:textId="76AA0971" w:rsidR="00D14A8F" w:rsidRPr="00D14A8F" w:rsidRDefault="00432A0B" w:rsidP="00D14A8F">
      <w:pPr>
        <w:pStyle w:val="Naslov1"/>
        <w:rPr>
          <w:rFonts w:ascii="Arial" w:hAnsi="Arial" w:cs="Arial"/>
          <w:sz w:val="22"/>
          <w:szCs w:val="22"/>
          <w:lang w:val="hr-HR"/>
        </w:rPr>
      </w:pPr>
      <w:r w:rsidRPr="00A63BD0">
        <w:rPr>
          <w:rFonts w:ascii="Arial" w:hAnsi="Arial" w:cs="Arial"/>
          <w:sz w:val="22"/>
          <w:szCs w:val="22"/>
          <w:lang w:val="hr-HR"/>
        </w:rPr>
        <w:t>PRIJELAZNE I ZAVRŠNE ODREDBE</w:t>
      </w:r>
      <w:r w:rsidR="00C517D8">
        <w:rPr>
          <w:rFonts w:ascii="Arial" w:hAnsi="Arial" w:cs="Arial"/>
          <w:sz w:val="22"/>
          <w:szCs w:val="22"/>
          <w:lang w:val="hr-HR"/>
        </w:rPr>
        <w:t xml:space="preserve">         </w:t>
      </w:r>
    </w:p>
    <w:p w14:paraId="4EC5583E" w14:textId="586E39F9" w:rsidR="001F7B2E" w:rsidRPr="00A63BD0" w:rsidRDefault="00432A0B" w:rsidP="001F7B2E">
      <w:pPr>
        <w:pStyle w:val="Article"/>
        <w:rPr>
          <w:rFonts w:ascii="Arial" w:hAnsi="Arial" w:cs="Arial"/>
          <w:lang w:val="hr-HR"/>
        </w:rPr>
      </w:pPr>
      <w:r w:rsidRPr="00A63BD0">
        <w:rPr>
          <w:rFonts w:ascii="Arial" w:hAnsi="Arial" w:cs="Arial"/>
          <w:lang w:val="hr-HR"/>
        </w:rPr>
        <w:t xml:space="preserve">Članak </w:t>
      </w:r>
      <w:r w:rsidR="000D6A89">
        <w:rPr>
          <w:rFonts w:ascii="Arial" w:hAnsi="Arial" w:cs="Arial"/>
          <w:lang w:val="hr-HR"/>
        </w:rPr>
        <w:t>2</w:t>
      </w:r>
      <w:r w:rsidR="00ED6B6E">
        <w:rPr>
          <w:rFonts w:ascii="Arial" w:hAnsi="Arial" w:cs="Arial"/>
          <w:lang w:val="hr-HR"/>
        </w:rPr>
        <w:t>7</w:t>
      </w:r>
      <w:r w:rsidRPr="00A63BD0">
        <w:rPr>
          <w:rFonts w:ascii="Arial" w:hAnsi="Arial" w:cs="Arial"/>
          <w:lang w:val="hr-HR"/>
        </w:rPr>
        <w:t>.</w:t>
      </w:r>
      <w:r w:rsidR="001F7B2E" w:rsidRPr="00A63BD0">
        <w:rPr>
          <w:rFonts w:ascii="Arial" w:hAnsi="Arial" w:cs="Arial"/>
          <w:lang w:val="hr-HR"/>
        </w:rPr>
        <w:t xml:space="preserve"> </w:t>
      </w:r>
    </w:p>
    <w:p w14:paraId="7A12CD40" w14:textId="56AE5A0B" w:rsidR="00C54CDF" w:rsidRPr="00A63BD0" w:rsidRDefault="00432A0B" w:rsidP="00A63BD0">
      <w:pPr>
        <w:ind w:firstLine="567"/>
        <w:rPr>
          <w:rFonts w:ascii="Arial" w:hAnsi="Arial" w:cs="Arial"/>
          <w:bCs/>
          <w:lang w:val="hr-HR"/>
        </w:rPr>
      </w:pPr>
      <w:r w:rsidRPr="00A63BD0">
        <w:rPr>
          <w:rFonts w:ascii="Arial" w:hAnsi="Arial" w:cs="Arial"/>
          <w:lang w:val="hr-HR"/>
        </w:rPr>
        <w:t xml:space="preserve">Stupanjem na snagu ovog Pravilnika prestaje važiti </w:t>
      </w:r>
      <w:r w:rsidR="001F7B2E" w:rsidRPr="00A63BD0">
        <w:rPr>
          <w:rFonts w:ascii="Arial" w:hAnsi="Arial" w:cs="Arial"/>
          <w:bCs/>
          <w:lang w:val="hr-HR"/>
        </w:rPr>
        <w:t xml:space="preserve">Pravilnik o jednostavnoj nabavi </w:t>
      </w:r>
      <w:r w:rsidR="00A63BD0" w:rsidRPr="00A63BD0">
        <w:rPr>
          <w:rFonts w:ascii="Arial" w:hAnsi="Arial" w:cs="Arial"/>
          <w:bCs/>
          <w:lang w:val="hr-HR"/>
        </w:rPr>
        <w:t>KLASA: 406-07/25-03/1 URBROJ: 2182-52-25-1 od 26. ožujka 2025. godine.</w:t>
      </w:r>
    </w:p>
    <w:p w14:paraId="52064B25" w14:textId="17AB1121" w:rsidR="001F7B2E" w:rsidRPr="00A63BD0" w:rsidRDefault="001F7B2E" w:rsidP="00A63BD0">
      <w:pPr>
        <w:ind w:firstLine="567"/>
        <w:rPr>
          <w:rFonts w:ascii="Arial" w:hAnsi="Arial" w:cs="Arial"/>
          <w:bCs/>
          <w:lang w:val="hr-HR"/>
        </w:rPr>
      </w:pPr>
      <w:r w:rsidRPr="00A63BD0">
        <w:rPr>
          <w:rFonts w:ascii="Arial" w:hAnsi="Arial" w:cs="Arial"/>
          <w:lang w:val="hr-HR"/>
        </w:rPr>
        <w:lastRenderedPageBreak/>
        <w:t xml:space="preserve">Postupci jednostavne nabave pokrenuti prije stupanja na snagu ovoga Pravilnika dovršit će se prema odredbama </w:t>
      </w:r>
      <w:r w:rsidRPr="00A63BD0">
        <w:rPr>
          <w:rFonts w:ascii="Arial" w:hAnsi="Arial" w:cs="Arial"/>
          <w:bCs/>
          <w:lang w:val="hr-HR"/>
        </w:rPr>
        <w:t xml:space="preserve">akta koji je bio na snazi u trenutku pokretanja postupka. </w:t>
      </w:r>
    </w:p>
    <w:p w14:paraId="2D0010BC" w14:textId="4899C554" w:rsidR="001F7B2E" w:rsidRPr="000D6A89" w:rsidRDefault="001F7B2E" w:rsidP="000D6A89">
      <w:pPr>
        <w:pStyle w:val="Article"/>
        <w:rPr>
          <w:rFonts w:ascii="Arial" w:hAnsi="Arial" w:cs="Arial"/>
          <w:lang w:val="hr-HR"/>
        </w:rPr>
      </w:pPr>
      <w:r w:rsidRPr="000D6A89">
        <w:rPr>
          <w:rFonts w:ascii="Arial" w:hAnsi="Arial" w:cs="Arial"/>
          <w:lang w:val="hr-HR"/>
        </w:rPr>
        <w:t>Članak</w:t>
      </w:r>
      <w:r w:rsidR="000D6A89" w:rsidRPr="000D6A89">
        <w:rPr>
          <w:rFonts w:ascii="Arial" w:hAnsi="Arial" w:cs="Arial"/>
          <w:lang w:val="hr-HR"/>
        </w:rPr>
        <w:t xml:space="preserve"> 2</w:t>
      </w:r>
      <w:r w:rsidR="00ED6B6E">
        <w:rPr>
          <w:rFonts w:ascii="Arial" w:hAnsi="Arial" w:cs="Arial"/>
          <w:lang w:val="hr-HR"/>
        </w:rPr>
        <w:t>8</w:t>
      </w:r>
      <w:r w:rsidR="000D6A89" w:rsidRPr="000D6A89">
        <w:rPr>
          <w:rFonts w:ascii="Arial" w:hAnsi="Arial" w:cs="Arial"/>
          <w:lang w:val="hr-HR"/>
        </w:rPr>
        <w:t>.</w:t>
      </w:r>
    </w:p>
    <w:p w14:paraId="3E590A9C" w14:textId="3D7CF6EF" w:rsidR="00C54CDF" w:rsidRPr="00A63BD0" w:rsidRDefault="00432A0B" w:rsidP="001F7B2E">
      <w:pPr>
        <w:ind w:firstLine="567"/>
        <w:rPr>
          <w:rFonts w:ascii="Arial" w:hAnsi="Arial" w:cs="Arial"/>
          <w:bCs/>
          <w:lang w:val="hr-HR"/>
        </w:rPr>
      </w:pPr>
      <w:r w:rsidRPr="00A63BD0">
        <w:rPr>
          <w:rFonts w:ascii="Arial" w:hAnsi="Arial" w:cs="Arial"/>
          <w:bCs/>
          <w:lang w:val="hr-HR"/>
        </w:rPr>
        <w:t xml:space="preserve">Ovaj Pravilnik stupa na snagu 1. rujna 2026. godine </w:t>
      </w:r>
      <w:r w:rsidR="001F7B2E" w:rsidRPr="00A63BD0">
        <w:rPr>
          <w:rFonts w:ascii="Arial" w:hAnsi="Arial" w:cs="Arial"/>
          <w:bCs/>
          <w:lang w:val="hr-HR"/>
        </w:rPr>
        <w:t>te će se objaviti na mrežnim stranicama Naručitelja i učiniti dostupnim u EOJN RH.</w:t>
      </w:r>
    </w:p>
    <w:p w14:paraId="493FFC96" w14:textId="77777777" w:rsidR="00A40007" w:rsidRPr="00A63BD0" w:rsidRDefault="00A40007">
      <w:pPr>
        <w:ind w:firstLine="567"/>
        <w:rPr>
          <w:rFonts w:ascii="Arial" w:hAnsi="Arial" w:cs="Arial"/>
          <w:b/>
          <w:lang w:val="hr-HR"/>
        </w:rPr>
      </w:pPr>
    </w:p>
    <w:p w14:paraId="7B7BD9DB" w14:textId="77777777" w:rsidR="00A40007" w:rsidRPr="00A63BD0" w:rsidRDefault="00A40007">
      <w:pPr>
        <w:ind w:firstLine="567"/>
        <w:rPr>
          <w:rFonts w:ascii="Arial" w:hAnsi="Arial" w:cs="Arial"/>
          <w:lang w:val="hr-HR"/>
        </w:rPr>
      </w:pPr>
    </w:p>
    <w:p w14:paraId="3B72C353" w14:textId="48943FF0" w:rsidR="00A40007" w:rsidRPr="00A63BD0" w:rsidRDefault="00A40007" w:rsidP="001F7B2E">
      <w:pPr>
        <w:spacing w:after="0"/>
        <w:rPr>
          <w:rFonts w:ascii="Arial" w:hAnsi="Arial" w:cs="Arial"/>
          <w:lang w:val="hr-HR"/>
        </w:rPr>
      </w:pPr>
      <w:r w:rsidRPr="00A63BD0">
        <w:rPr>
          <w:rFonts w:ascii="Arial" w:hAnsi="Arial" w:cs="Arial"/>
          <w:lang w:val="hr-HR"/>
        </w:rPr>
        <w:t xml:space="preserve">KLASA: </w:t>
      </w:r>
      <w:r w:rsidR="00A63BD0" w:rsidRPr="00A63BD0">
        <w:rPr>
          <w:rFonts w:ascii="Arial" w:hAnsi="Arial" w:cs="Arial"/>
          <w:lang w:val="hr-HR"/>
        </w:rPr>
        <w:t>406-07/26-03/1</w:t>
      </w:r>
    </w:p>
    <w:p w14:paraId="3CBC2616" w14:textId="27785CDD" w:rsidR="00A40007" w:rsidRPr="00A63BD0" w:rsidRDefault="00A40007" w:rsidP="001F7B2E">
      <w:pPr>
        <w:spacing w:after="0"/>
        <w:rPr>
          <w:rFonts w:ascii="Arial" w:hAnsi="Arial" w:cs="Arial"/>
          <w:lang w:val="hr-HR"/>
        </w:rPr>
      </w:pPr>
      <w:r w:rsidRPr="00A63BD0">
        <w:rPr>
          <w:rFonts w:ascii="Arial" w:hAnsi="Arial" w:cs="Arial"/>
          <w:lang w:val="hr-HR"/>
        </w:rPr>
        <w:t xml:space="preserve">URBROJ: </w:t>
      </w:r>
      <w:r w:rsidR="00A63BD0" w:rsidRPr="00A63BD0">
        <w:rPr>
          <w:rFonts w:ascii="Arial" w:hAnsi="Arial" w:cs="Arial"/>
          <w:lang w:val="hr-HR"/>
        </w:rPr>
        <w:t>2182-52-26-1</w:t>
      </w:r>
    </w:p>
    <w:p w14:paraId="78F8CDF9" w14:textId="6E1461CD" w:rsidR="001F7B2E" w:rsidRPr="00A63BD0" w:rsidRDefault="001F7B2E" w:rsidP="001F7B2E">
      <w:pPr>
        <w:spacing w:after="0"/>
        <w:rPr>
          <w:rFonts w:ascii="Arial" w:hAnsi="Arial" w:cs="Arial"/>
          <w:b/>
          <w:bCs/>
          <w:lang w:val="hr-HR"/>
        </w:rPr>
      </w:pPr>
      <w:r w:rsidRPr="00A63BD0">
        <w:rPr>
          <w:rFonts w:ascii="Arial" w:hAnsi="Arial" w:cs="Arial"/>
          <w:lang w:val="hr-HR"/>
        </w:rPr>
        <w:t>U Šibeniku</w:t>
      </w:r>
      <w:r w:rsidR="00A40007" w:rsidRPr="00A63BD0">
        <w:rPr>
          <w:rFonts w:ascii="Arial" w:hAnsi="Arial" w:cs="Arial"/>
          <w:lang w:val="hr-HR"/>
        </w:rPr>
        <w:t>_________</w:t>
      </w:r>
      <w:r w:rsidRPr="00A63BD0">
        <w:rPr>
          <w:rFonts w:ascii="Arial" w:hAnsi="Arial" w:cs="Arial"/>
          <w:lang w:val="hr-HR"/>
        </w:rPr>
        <w:t xml:space="preserve"> 2026. godine</w:t>
      </w:r>
    </w:p>
    <w:p w14:paraId="0F6727F2" w14:textId="46C8A77D" w:rsidR="00C54CDF" w:rsidRPr="00A63BD0" w:rsidRDefault="00C54CDF">
      <w:pPr>
        <w:jc w:val="right"/>
        <w:rPr>
          <w:rFonts w:ascii="Arial" w:hAnsi="Arial" w:cs="Arial"/>
          <w:b/>
          <w:bCs/>
          <w:lang w:val="hr-HR"/>
        </w:rPr>
      </w:pPr>
    </w:p>
    <w:p w14:paraId="246C5108" w14:textId="77777777" w:rsidR="001F7B2E" w:rsidRPr="00A63BD0" w:rsidRDefault="001F7B2E">
      <w:pPr>
        <w:jc w:val="right"/>
        <w:rPr>
          <w:rFonts w:ascii="Arial" w:hAnsi="Arial" w:cs="Arial"/>
          <w:b/>
          <w:bCs/>
          <w:lang w:val="hr-HR"/>
        </w:rPr>
      </w:pPr>
    </w:p>
    <w:p w14:paraId="03F0110E" w14:textId="365D7A4E" w:rsidR="001F7B2E" w:rsidRPr="00A63BD0" w:rsidRDefault="001F7B2E">
      <w:pPr>
        <w:jc w:val="right"/>
        <w:rPr>
          <w:rFonts w:ascii="Arial" w:hAnsi="Arial" w:cs="Arial"/>
          <w:lang w:val="hr-HR"/>
        </w:rPr>
      </w:pPr>
      <w:r w:rsidRPr="00A63BD0">
        <w:rPr>
          <w:rFonts w:ascii="Arial" w:hAnsi="Arial" w:cs="Arial"/>
          <w:lang w:val="hr-HR"/>
        </w:rPr>
        <w:t>Ravnateljica</w:t>
      </w:r>
    </w:p>
    <w:p w14:paraId="1E4607A4" w14:textId="4AEFBDC9" w:rsidR="001F7B2E" w:rsidRPr="00A63BD0" w:rsidRDefault="001F7B2E">
      <w:pPr>
        <w:jc w:val="right"/>
        <w:rPr>
          <w:rFonts w:ascii="Arial" w:hAnsi="Arial" w:cs="Arial"/>
          <w:lang w:val="hr-HR"/>
        </w:rPr>
      </w:pPr>
      <w:r w:rsidRPr="00A63BD0">
        <w:rPr>
          <w:rFonts w:ascii="Arial" w:hAnsi="Arial" w:cs="Arial"/>
          <w:lang w:val="hr-HR"/>
        </w:rPr>
        <w:t xml:space="preserve">mr.sc. Anita Babačić Ajduk </w:t>
      </w:r>
    </w:p>
    <w:sectPr w:rsidR="001F7B2E" w:rsidRPr="00A63BD0" w:rsidSect="00034616">
      <w:footerReference w:type="default" r:id="rId8"/>
      <w:pgSz w:w="11906" w:h="16838"/>
      <w:pgMar w:top="1247" w:right="1417" w:bottom="1134"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16DDE" w14:textId="77777777" w:rsidR="001B10A0" w:rsidRDefault="001B10A0">
      <w:pPr>
        <w:spacing w:after="0" w:line="240" w:lineRule="auto"/>
      </w:pPr>
      <w:r>
        <w:separator/>
      </w:r>
    </w:p>
  </w:endnote>
  <w:endnote w:type="continuationSeparator" w:id="0">
    <w:p w14:paraId="00752E7B" w14:textId="77777777" w:rsidR="001B10A0" w:rsidRDefault="001B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7405E" w14:textId="77777777" w:rsidR="00C54CDF" w:rsidRDefault="00432A0B">
    <w:pPr>
      <w:pStyle w:val="Podnoje"/>
      <w:jc w:val="center"/>
    </w:pPr>
    <w:r>
      <w:fldChar w:fldCharType="begin"/>
    </w:r>
    <w:r>
      <w:instrText>PAGE</w:instrText>
    </w:r>
    <w:r>
      <w:fldChar w:fldCharType="separate"/>
    </w:r>
    <w:r w:rsidR="00A4000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B1EC4" w14:textId="77777777" w:rsidR="001B10A0" w:rsidRDefault="001B10A0">
      <w:pPr>
        <w:spacing w:after="0" w:line="240" w:lineRule="auto"/>
      </w:pPr>
      <w:r>
        <w:separator/>
      </w:r>
    </w:p>
  </w:footnote>
  <w:footnote w:type="continuationSeparator" w:id="0">
    <w:p w14:paraId="0083046E" w14:textId="77777777" w:rsidR="001B10A0" w:rsidRDefault="001B1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1B30450D"/>
    <w:multiLevelType w:val="hybridMultilevel"/>
    <w:tmpl w:val="7C7C2C10"/>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10" w15:restartNumberingAfterBreak="0">
    <w:nsid w:val="1FD560DD"/>
    <w:multiLevelType w:val="hybridMultilevel"/>
    <w:tmpl w:val="8C68F28A"/>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11" w15:restartNumberingAfterBreak="0">
    <w:nsid w:val="28D64CF6"/>
    <w:multiLevelType w:val="hybridMultilevel"/>
    <w:tmpl w:val="7012D44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61665D0C"/>
    <w:multiLevelType w:val="hybridMultilevel"/>
    <w:tmpl w:val="9EEAF570"/>
    <w:lvl w:ilvl="0" w:tplc="041A000F">
      <w:start w:val="1"/>
      <w:numFmt w:val="decimal"/>
      <w:lvlText w:val="%1."/>
      <w:lvlJc w:val="left"/>
      <w:pPr>
        <w:ind w:left="1117" w:hanging="360"/>
      </w:pPr>
    </w:lvl>
    <w:lvl w:ilvl="1" w:tplc="041A0019" w:tentative="1">
      <w:start w:val="1"/>
      <w:numFmt w:val="lowerLetter"/>
      <w:lvlText w:val="%2."/>
      <w:lvlJc w:val="left"/>
      <w:pPr>
        <w:ind w:left="1837" w:hanging="360"/>
      </w:pPr>
    </w:lvl>
    <w:lvl w:ilvl="2" w:tplc="041A001B" w:tentative="1">
      <w:start w:val="1"/>
      <w:numFmt w:val="lowerRoman"/>
      <w:lvlText w:val="%3."/>
      <w:lvlJc w:val="right"/>
      <w:pPr>
        <w:ind w:left="2557" w:hanging="180"/>
      </w:pPr>
    </w:lvl>
    <w:lvl w:ilvl="3" w:tplc="041A000F" w:tentative="1">
      <w:start w:val="1"/>
      <w:numFmt w:val="decimal"/>
      <w:lvlText w:val="%4."/>
      <w:lvlJc w:val="left"/>
      <w:pPr>
        <w:ind w:left="3277" w:hanging="360"/>
      </w:pPr>
    </w:lvl>
    <w:lvl w:ilvl="4" w:tplc="041A0019" w:tentative="1">
      <w:start w:val="1"/>
      <w:numFmt w:val="lowerLetter"/>
      <w:lvlText w:val="%5."/>
      <w:lvlJc w:val="left"/>
      <w:pPr>
        <w:ind w:left="3997" w:hanging="360"/>
      </w:pPr>
    </w:lvl>
    <w:lvl w:ilvl="5" w:tplc="041A001B" w:tentative="1">
      <w:start w:val="1"/>
      <w:numFmt w:val="lowerRoman"/>
      <w:lvlText w:val="%6."/>
      <w:lvlJc w:val="right"/>
      <w:pPr>
        <w:ind w:left="4717" w:hanging="180"/>
      </w:pPr>
    </w:lvl>
    <w:lvl w:ilvl="6" w:tplc="041A000F" w:tentative="1">
      <w:start w:val="1"/>
      <w:numFmt w:val="decimal"/>
      <w:lvlText w:val="%7."/>
      <w:lvlJc w:val="left"/>
      <w:pPr>
        <w:ind w:left="5437" w:hanging="360"/>
      </w:pPr>
    </w:lvl>
    <w:lvl w:ilvl="7" w:tplc="041A0019" w:tentative="1">
      <w:start w:val="1"/>
      <w:numFmt w:val="lowerLetter"/>
      <w:lvlText w:val="%8."/>
      <w:lvlJc w:val="left"/>
      <w:pPr>
        <w:ind w:left="6157" w:hanging="360"/>
      </w:pPr>
    </w:lvl>
    <w:lvl w:ilvl="8" w:tplc="041A001B" w:tentative="1">
      <w:start w:val="1"/>
      <w:numFmt w:val="lowerRoman"/>
      <w:lvlText w:val="%9."/>
      <w:lvlJc w:val="right"/>
      <w:pPr>
        <w:ind w:left="6877" w:hanging="180"/>
      </w:pPr>
    </w:lvl>
  </w:abstractNum>
  <w:num w:numId="1" w16cid:durableId="8145243">
    <w:abstractNumId w:val="8"/>
  </w:num>
  <w:num w:numId="2" w16cid:durableId="927814903">
    <w:abstractNumId w:val="6"/>
  </w:num>
  <w:num w:numId="3" w16cid:durableId="2052419823">
    <w:abstractNumId w:val="5"/>
  </w:num>
  <w:num w:numId="4" w16cid:durableId="1666741188">
    <w:abstractNumId w:val="4"/>
  </w:num>
  <w:num w:numId="5" w16cid:durableId="984089796">
    <w:abstractNumId w:val="7"/>
  </w:num>
  <w:num w:numId="6" w16cid:durableId="2018264427">
    <w:abstractNumId w:val="3"/>
  </w:num>
  <w:num w:numId="7" w16cid:durableId="2092385812">
    <w:abstractNumId w:val="2"/>
  </w:num>
  <w:num w:numId="8" w16cid:durableId="848904732">
    <w:abstractNumId w:val="1"/>
  </w:num>
  <w:num w:numId="9" w16cid:durableId="2059745014">
    <w:abstractNumId w:val="0"/>
  </w:num>
  <w:num w:numId="10" w16cid:durableId="711421299">
    <w:abstractNumId w:val="9"/>
  </w:num>
  <w:num w:numId="11" w16cid:durableId="1892690058">
    <w:abstractNumId w:val="12"/>
  </w:num>
  <w:num w:numId="12" w16cid:durableId="470486284">
    <w:abstractNumId w:val="11"/>
  </w:num>
  <w:num w:numId="13" w16cid:durableId="5193965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71F"/>
    <w:rsid w:val="00034616"/>
    <w:rsid w:val="0006063C"/>
    <w:rsid w:val="000D6A89"/>
    <w:rsid w:val="000E3DC2"/>
    <w:rsid w:val="0015074B"/>
    <w:rsid w:val="001516FA"/>
    <w:rsid w:val="00164FC8"/>
    <w:rsid w:val="0017255B"/>
    <w:rsid w:val="00183A50"/>
    <w:rsid w:val="001B10A0"/>
    <w:rsid w:val="001F7B2E"/>
    <w:rsid w:val="00251322"/>
    <w:rsid w:val="00263F32"/>
    <w:rsid w:val="0029639D"/>
    <w:rsid w:val="002B5062"/>
    <w:rsid w:val="00326F90"/>
    <w:rsid w:val="00346BC6"/>
    <w:rsid w:val="003748EA"/>
    <w:rsid w:val="003F21E2"/>
    <w:rsid w:val="00432A0B"/>
    <w:rsid w:val="00443606"/>
    <w:rsid w:val="004A279A"/>
    <w:rsid w:val="004B469B"/>
    <w:rsid w:val="004B529A"/>
    <w:rsid w:val="004C5D58"/>
    <w:rsid w:val="004D10BC"/>
    <w:rsid w:val="005811B9"/>
    <w:rsid w:val="005C20F6"/>
    <w:rsid w:val="006138CD"/>
    <w:rsid w:val="006169BB"/>
    <w:rsid w:val="00624CBE"/>
    <w:rsid w:val="006263E8"/>
    <w:rsid w:val="00637CD1"/>
    <w:rsid w:val="0064047C"/>
    <w:rsid w:val="0064502A"/>
    <w:rsid w:val="0067368D"/>
    <w:rsid w:val="0068424C"/>
    <w:rsid w:val="006848C6"/>
    <w:rsid w:val="006B433D"/>
    <w:rsid w:val="006F48EC"/>
    <w:rsid w:val="00702816"/>
    <w:rsid w:val="00726FCA"/>
    <w:rsid w:val="007A3B13"/>
    <w:rsid w:val="007C1434"/>
    <w:rsid w:val="0082013F"/>
    <w:rsid w:val="00824C45"/>
    <w:rsid w:val="00832796"/>
    <w:rsid w:val="008467F6"/>
    <w:rsid w:val="00861AB8"/>
    <w:rsid w:val="00894FD8"/>
    <w:rsid w:val="008D18D2"/>
    <w:rsid w:val="008F5384"/>
    <w:rsid w:val="00900FBB"/>
    <w:rsid w:val="009211C8"/>
    <w:rsid w:val="00957132"/>
    <w:rsid w:val="0096753B"/>
    <w:rsid w:val="00A040DA"/>
    <w:rsid w:val="00A40007"/>
    <w:rsid w:val="00A63BD0"/>
    <w:rsid w:val="00A849C8"/>
    <w:rsid w:val="00AA1D8D"/>
    <w:rsid w:val="00AA4E0A"/>
    <w:rsid w:val="00B47730"/>
    <w:rsid w:val="00B5604D"/>
    <w:rsid w:val="00BB581D"/>
    <w:rsid w:val="00C2070D"/>
    <w:rsid w:val="00C517D8"/>
    <w:rsid w:val="00C54CDF"/>
    <w:rsid w:val="00CA2943"/>
    <w:rsid w:val="00CB0664"/>
    <w:rsid w:val="00CB3653"/>
    <w:rsid w:val="00D14A8F"/>
    <w:rsid w:val="00D624A7"/>
    <w:rsid w:val="00D74913"/>
    <w:rsid w:val="00D75880"/>
    <w:rsid w:val="00D84611"/>
    <w:rsid w:val="00E5271B"/>
    <w:rsid w:val="00E822C4"/>
    <w:rsid w:val="00ED6B6E"/>
    <w:rsid w:val="00FC693F"/>
    <w:rsid w:val="00FD64D0"/>
    <w:rsid w:val="00FE072B"/>
    <w:rsid w:val="00FE2DF9"/>
    <w:rsid w:val="00FE658F"/>
    <w:rsid w:val="00FF69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255EFE"/>
  <w14:defaultImageDpi w14:val="300"/>
  <w15:docId w15:val="{89B48674-943C-4F0F-97C9-6D554F83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jc w:val="both"/>
    </w:pPr>
    <w:rPr>
      <w:rFonts w:ascii="Calibri" w:hAnsi="Calibri"/>
    </w:rPr>
  </w:style>
  <w:style w:type="paragraph" w:styleId="Naslov1">
    <w:name w:val="heading 1"/>
    <w:basedOn w:val="Normal"/>
    <w:next w:val="Normal"/>
    <w:link w:val="Naslov1Char"/>
    <w:uiPriority w:val="9"/>
    <w:qFormat/>
    <w:rsid w:val="00FC693F"/>
    <w:pPr>
      <w:keepNext/>
      <w:keepLines/>
      <w:spacing w:before="240"/>
      <w:outlineLvl w:val="0"/>
    </w:pPr>
    <w:rPr>
      <w:rFonts w:asciiTheme="majorHAnsi" w:eastAsiaTheme="majorEastAsia" w:hAnsiTheme="majorHAnsi" w:cstheme="majorBidi"/>
      <w:b/>
      <w:bCs/>
      <w:color w:val="000000"/>
      <w:sz w:val="24"/>
      <w:szCs w:val="28"/>
    </w:rPr>
  </w:style>
  <w:style w:type="paragraph" w:styleId="Naslov2">
    <w:name w:val="heading 2"/>
    <w:basedOn w:val="Normal"/>
    <w:next w:val="Normal"/>
    <w:link w:val="Naslov2Char"/>
    <w:uiPriority w:val="9"/>
    <w:unhideWhenUsed/>
    <w:qFormat/>
    <w:rsid w:val="00FC693F"/>
    <w:pPr>
      <w:keepNext/>
      <w:keepLines/>
      <w:spacing w:before="160" w:after="80"/>
      <w:outlineLvl w:val="1"/>
    </w:pPr>
    <w:rPr>
      <w:rFonts w:asciiTheme="majorHAnsi" w:eastAsiaTheme="majorEastAsia" w:hAnsiTheme="majorHAnsi" w:cstheme="majorBidi"/>
      <w:b/>
      <w:bCs/>
      <w:color w:val="000000"/>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ind w:left="360"/>
      <w:contextualSpacing/>
    </w:pPr>
  </w:style>
  <w:style w:type="paragraph" w:styleId="Nastavakpopisa2">
    <w:name w:val="List Continue 2"/>
    <w:basedOn w:val="Normal"/>
    <w:uiPriority w:val="99"/>
    <w:unhideWhenUsed/>
    <w:rsid w:val="0029639D"/>
    <w:pPr>
      <w:ind w:left="720"/>
      <w:contextualSpacing/>
    </w:pPr>
  </w:style>
  <w:style w:type="paragraph" w:styleId="Nastavakpopisa3">
    <w:name w:val="List Continue 3"/>
    <w:basedOn w:val="Normal"/>
    <w:uiPriority w:val="99"/>
    <w:unhideWhenUsed/>
    <w:rsid w:val="0029639D"/>
    <w:pPr>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
    <w:name w:val="Article"/>
    <w:basedOn w:val="Normal"/>
    <w:pPr>
      <w:keepNext/>
      <w:spacing w:before="160" w:after="10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3640</Words>
  <Characters>20751</Characters>
  <Application>Microsoft Office Word</Application>
  <DocSecurity>0</DocSecurity>
  <Lines>172</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Prijedlog Pravilnika o provedbi postupaka jednostavne nabave roba, usluga i radova</vt:lpstr>
      <vt:lpstr/>
    </vt:vector>
  </TitlesOfParts>
  <Manager/>
  <Company/>
  <LinksUpToDate>false</LinksUpToDate>
  <CharactersWithSpaces>24343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 Pravilnika o provedbi postupaka jednostavne nabave roba, usluga i radova</dc:title>
  <dc:subject>Javno savjetovanje</dc:subject>
  <dc:creator>Javna ustanova Priroda</dc:creator>
  <cp:keywords/>
  <dc:description>generated by python-docx</dc:description>
  <cp:lastModifiedBy>ANDREA LOVRIĆ BRBIĆ</cp:lastModifiedBy>
  <cp:revision>5</cp:revision>
  <cp:lastPrinted>2026-07-22T11:34:00Z</cp:lastPrinted>
  <dcterms:created xsi:type="dcterms:W3CDTF">2026-07-22T11:34:00Z</dcterms:created>
  <dcterms:modified xsi:type="dcterms:W3CDTF">2026-07-22T12:13:00Z</dcterms:modified>
  <cp:category/>
</cp:coreProperties>
</file>